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5BF70" w14:textId="5B5F983C" w:rsidR="00FE0D1F" w:rsidRPr="00615FED" w:rsidRDefault="00411803">
      <w:pPr>
        <w:pStyle w:val="Heading1"/>
        <w:rPr>
          <w:color w:val="auto"/>
          <w:lang w:val="es-ES"/>
        </w:rPr>
      </w:pPr>
      <w:r>
        <w:rPr>
          <w:color w:val="auto"/>
          <w:lang w:val="es-ES"/>
        </w:rPr>
        <w:t>Anexo I</w:t>
      </w:r>
      <w:r w:rsidR="00231B8F">
        <w:rPr>
          <w:color w:val="auto"/>
          <w:lang w:val="es-ES"/>
        </w:rPr>
        <w:t>I</w:t>
      </w:r>
      <w:r>
        <w:rPr>
          <w:color w:val="auto"/>
          <w:lang w:val="es-ES"/>
        </w:rPr>
        <w:t xml:space="preserve">I. </w:t>
      </w:r>
      <w:r w:rsidRPr="00615FED">
        <w:rPr>
          <w:color w:val="auto"/>
          <w:lang w:val="es-ES"/>
        </w:rPr>
        <w:t>Formulario de Solicitud - Convocatoria UIU 2025</w:t>
      </w:r>
    </w:p>
    <w:p w14:paraId="09C7A25F" w14:textId="77777777" w:rsidR="00615FED" w:rsidRPr="00615FED" w:rsidRDefault="00615FED" w:rsidP="00615FED">
      <w:pPr>
        <w:rPr>
          <w:lang w:val="es-ES"/>
        </w:rPr>
      </w:pPr>
    </w:p>
    <w:tbl>
      <w:tblPr>
        <w:tblStyle w:val="TableGrid"/>
        <w:tblW w:w="0" w:type="auto"/>
        <w:tblInd w:w="38" w:type="dxa"/>
        <w:tblLook w:val="04A0" w:firstRow="1" w:lastRow="0" w:firstColumn="1" w:lastColumn="0" w:noHBand="0" w:noVBand="1"/>
      </w:tblPr>
      <w:tblGrid>
        <w:gridCol w:w="2999"/>
        <w:gridCol w:w="2098"/>
        <w:gridCol w:w="3495"/>
      </w:tblGrid>
      <w:tr w:rsidR="00615FED" w:rsidRPr="00615FED" w14:paraId="50020E7D" w14:textId="77777777" w:rsidTr="00615FED">
        <w:tc>
          <w:tcPr>
            <w:tcW w:w="8780" w:type="dxa"/>
            <w:gridSpan w:val="3"/>
            <w:shd w:val="clear" w:color="auto" w:fill="EEECE1" w:themeFill="background2"/>
          </w:tcPr>
          <w:p w14:paraId="33EE1756" w14:textId="40285498" w:rsidR="00615FED" w:rsidRPr="00615FED" w:rsidRDefault="00615FED" w:rsidP="00615FED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lang w:val="es-ES"/>
              </w:rPr>
            </w:pPr>
            <w:r w:rsidRPr="00615FED">
              <w:rPr>
                <w:b/>
                <w:bCs/>
                <w:lang w:val="es-ES"/>
              </w:rPr>
              <w:t>Datos del Proyecto</w:t>
            </w:r>
          </w:p>
        </w:tc>
      </w:tr>
      <w:tr w:rsidR="00615FED" w14:paraId="70B7045B" w14:textId="77777777" w:rsidTr="00615FED">
        <w:tc>
          <w:tcPr>
            <w:tcW w:w="3047" w:type="dxa"/>
          </w:tcPr>
          <w:p w14:paraId="5BE25622" w14:textId="56FA2C4D" w:rsidR="00615FED" w:rsidRDefault="00615FED" w:rsidP="00615FED">
            <w:pPr>
              <w:rPr>
                <w:lang w:val="es-ES"/>
              </w:rPr>
            </w:pPr>
            <w:r w:rsidRPr="00615FED">
              <w:rPr>
                <w:lang w:val="es-ES"/>
              </w:rPr>
              <w:t>Título del proyecto</w:t>
            </w:r>
          </w:p>
        </w:tc>
        <w:tc>
          <w:tcPr>
            <w:tcW w:w="5733" w:type="dxa"/>
            <w:gridSpan w:val="2"/>
          </w:tcPr>
          <w:p w14:paraId="79F2BFDA" w14:textId="345C818A" w:rsidR="00615FED" w:rsidRDefault="00615FED">
            <w:pPr>
              <w:rPr>
                <w:lang w:val="es-ES"/>
              </w:rPr>
            </w:pPr>
          </w:p>
        </w:tc>
      </w:tr>
      <w:tr w:rsidR="00615FED" w14:paraId="015EAD6B" w14:textId="77777777" w:rsidTr="00615FED">
        <w:tc>
          <w:tcPr>
            <w:tcW w:w="3047" w:type="dxa"/>
          </w:tcPr>
          <w:p w14:paraId="7384F56F" w14:textId="6CCD3A27" w:rsidR="00615FED" w:rsidRPr="00615FED" w:rsidRDefault="00615FED" w:rsidP="00615FED">
            <w:pPr>
              <w:rPr>
                <w:lang w:val="es-ES"/>
              </w:rPr>
            </w:pPr>
            <w:r w:rsidRPr="00615FED">
              <w:rPr>
                <w:lang w:val="es-ES"/>
              </w:rPr>
              <w:t>Área de interés UIU</w:t>
            </w:r>
          </w:p>
        </w:tc>
        <w:tc>
          <w:tcPr>
            <w:tcW w:w="5733" w:type="dxa"/>
            <w:gridSpan w:val="2"/>
          </w:tcPr>
          <w:p w14:paraId="4EC89DE8" w14:textId="77777777" w:rsidR="00615FED" w:rsidRDefault="00615FED">
            <w:pPr>
              <w:rPr>
                <w:lang w:val="es-ES"/>
              </w:rPr>
            </w:pPr>
          </w:p>
        </w:tc>
      </w:tr>
      <w:tr w:rsidR="00615FED" w14:paraId="4B7243E1" w14:textId="77777777" w:rsidTr="00615FED">
        <w:tc>
          <w:tcPr>
            <w:tcW w:w="3047" w:type="dxa"/>
          </w:tcPr>
          <w:p w14:paraId="7468E46F" w14:textId="208CE904" w:rsidR="00615FED" w:rsidRPr="00615FED" w:rsidRDefault="00615FED" w:rsidP="00615FED">
            <w:pPr>
              <w:rPr>
                <w:lang w:val="es-ES"/>
              </w:rPr>
            </w:pPr>
            <w:r w:rsidRPr="00615FED">
              <w:rPr>
                <w:lang w:val="es-ES"/>
              </w:rPr>
              <w:t>Universidades participantes</w:t>
            </w:r>
          </w:p>
        </w:tc>
        <w:tc>
          <w:tcPr>
            <w:tcW w:w="5733" w:type="dxa"/>
            <w:gridSpan w:val="2"/>
          </w:tcPr>
          <w:p w14:paraId="771067FD" w14:textId="77777777" w:rsidR="00615FED" w:rsidRDefault="00615FED">
            <w:pPr>
              <w:rPr>
                <w:lang w:val="es-ES"/>
              </w:rPr>
            </w:pPr>
          </w:p>
        </w:tc>
      </w:tr>
      <w:tr w:rsidR="00615FED" w14:paraId="7E5547B6" w14:textId="77777777" w:rsidTr="00615FED">
        <w:tc>
          <w:tcPr>
            <w:tcW w:w="3047" w:type="dxa"/>
            <w:vMerge w:val="restart"/>
          </w:tcPr>
          <w:p w14:paraId="4F4F5F28" w14:textId="0E7464EF" w:rsidR="00615FED" w:rsidRPr="00615FED" w:rsidRDefault="00615FED" w:rsidP="00615FED">
            <w:pPr>
              <w:rPr>
                <w:lang w:val="es-ES"/>
              </w:rPr>
            </w:pPr>
            <w:r w:rsidRPr="00615FED">
              <w:rPr>
                <w:lang w:val="es-ES"/>
              </w:rPr>
              <w:t>Coordinador/a UB:</w:t>
            </w:r>
          </w:p>
        </w:tc>
        <w:tc>
          <w:tcPr>
            <w:tcW w:w="2126" w:type="dxa"/>
          </w:tcPr>
          <w:p w14:paraId="354DA200" w14:textId="3079938D" w:rsidR="00615FED" w:rsidRDefault="00615FED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3607" w:type="dxa"/>
          </w:tcPr>
          <w:p w14:paraId="330267CF" w14:textId="575A1111" w:rsidR="00615FED" w:rsidRDefault="00615FED">
            <w:pPr>
              <w:rPr>
                <w:lang w:val="es-ES"/>
              </w:rPr>
            </w:pPr>
          </w:p>
        </w:tc>
      </w:tr>
      <w:tr w:rsidR="00615FED" w14:paraId="52150DAD" w14:textId="77777777" w:rsidTr="00615FED">
        <w:tc>
          <w:tcPr>
            <w:tcW w:w="3047" w:type="dxa"/>
            <w:vMerge/>
          </w:tcPr>
          <w:p w14:paraId="029A12BF" w14:textId="77777777" w:rsidR="00615FED" w:rsidRPr="00615FED" w:rsidRDefault="00615FED" w:rsidP="00615FED">
            <w:pPr>
              <w:rPr>
                <w:lang w:val="es-ES"/>
              </w:rPr>
            </w:pPr>
          </w:p>
        </w:tc>
        <w:tc>
          <w:tcPr>
            <w:tcW w:w="2126" w:type="dxa"/>
          </w:tcPr>
          <w:p w14:paraId="34BD690B" w14:textId="44545691" w:rsidR="00615FED" w:rsidRDefault="00615FED">
            <w:pPr>
              <w:rPr>
                <w:lang w:val="es-ES"/>
              </w:rPr>
            </w:pPr>
            <w:r>
              <w:rPr>
                <w:lang w:val="es-ES"/>
              </w:rPr>
              <w:t>Correo electrónico</w:t>
            </w:r>
          </w:p>
        </w:tc>
        <w:tc>
          <w:tcPr>
            <w:tcW w:w="3607" w:type="dxa"/>
          </w:tcPr>
          <w:p w14:paraId="6BCDD298" w14:textId="770C7A51" w:rsidR="00615FED" w:rsidRDefault="00615FED">
            <w:pPr>
              <w:rPr>
                <w:lang w:val="es-ES"/>
              </w:rPr>
            </w:pPr>
          </w:p>
        </w:tc>
      </w:tr>
      <w:tr w:rsidR="00615FED" w14:paraId="65FC7AE4" w14:textId="77777777" w:rsidTr="00615FED">
        <w:tc>
          <w:tcPr>
            <w:tcW w:w="3047" w:type="dxa"/>
          </w:tcPr>
          <w:p w14:paraId="6BC04501" w14:textId="2749A0AB" w:rsidR="00615FED" w:rsidRPr="00615FED" w:rsidRDefault="00615FED" w:rsidP="00615FED">
            <w:pPr>
              <w:rPr>
                <w:lang w:val="es-ES"/>
              </w:rPr>
            </w:pPr>
            <w:r w:rsidRPr="00615FED">
              <w:rPr>
                <w:lang w:val="es-ES"/>
              </w:rPr>
              <w:t>Duración estimada del proyecto:</w:t>
            </w:r>
          </w:p>
        </w:tc>
        <w:tc>
          <w:tcPr>
            <w:tcW w:w="5733" w:type="dxa"/>
            <w:gridSpan w:val="2"/>
          </w:tcPr>
          <w:p w14:paraId="4A2419BE" w14:textId="77777777" w:rsidR="00615FED" w:rsidRDefault="00615FED">
            <w:pPr>
              <w:rPr>
                <w:lang w:val="es-ES"/>
              </w:rPr>
            </w:pPr>
          </w:p>
        </w:tc>
      </w:tr>
    </w:tbl>
    <w:p w14:paraId="6F776431" w14:textId="77777777" w:rsidR="00615FED" w:rsidRDefault="00615FED">
      <w:pPr>
        <w:rPr>
          <w:lang w:val="es-ES"/>
        </w:rPr>
      </w:pPr>
    </w:p>
    <w:tbl>
      <w:tblPr>
        <w:tblStyle w:val="TableGrid"/>
        <w:tblW w:w="0" w:type="auto"/>
        <w:tblInd w:w="38" w:type="dxa"/>
        <w:tblLook w:val="04A0" w:firstRow="1" w:lastRow="0" w:firstColumn="1" w:lastColumn="0" w:noHBand="0" w:noVBand="1"/>
      </w:tblPr>
      <w:tblGrid>
        <w:gridCol w:w="3003"/>
        <w:gridCol w:w="5589"/>
      </w:tblGrid>
      <w:tr w:rsidR="00615FED" w:rsidRPr="00615FED" w14:paraId="4AC274F7" w14:textId="77777777" w:rsidTr="00376F1C">
        <w:tc>
          <w:tcPr>
            <w:tcW w:w="8592" w:type="dxa"/>
            <w:gridSpan w:val="2"/>
            <w:shd w:val="clear" w:color="auto" w:fill="EEECE1" w:themeFill="background2"/>
          </w:tcPr>
          <w:p w14:paraId="72C6AC07" w14:textId="7075521C" w:rsidR="00615FED" w:rsidRPr="00615FED" w:rsidRDefault="00615FED">
            <w:pPr>
              <w:rPr>
                <w:b/>
                <w:bCs/>
                <w:lang w:val="es-ES"/>
              </w:rPr>
            </w:pPr>
            <w:r w:rsidRPr="00615FED">
              <w:rPr>
                <w:b/>
                <w:bCs/>
                <w:lang w:val="es-ES"/>
              </w:rPr>
              <w:t>2. Equipo Investigador</w:t>
            </w:r>
          </w:p>
        </w:tc>
      </w:tr>
      <w:tr w:rsidR="00615FED" w14:paraId="61B9A7C8" w14:textId="77777777" w:rsidTr="00376F1C">
        <w:tc>
          <w:tcPr>
            <w:tcW w:w="3003" w:type="dxa"/>
          </w:tcPr>
          <w:p w14:paraId="516DE548" w14:textId="1720DFB1" w:rsidR="00615FED" w:rsidRDefault="0019425D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</w:tcPr>
          <w:p w14:paraId="0001D79F" w14:textId="77777777" w:rsidR="00615FED" w:rsidRDefault="00615FED">
            <w:pPr>
              <w:rPr>
                <w:lang w:val="es-ES"/>
              </w:rPr>
            </w:pPr>
          </w:p>
        </w:tc>
      </w:tr>
      <w:tr w:rsidR="00615FED" w14:paraId="3B874011" w14:textId="77777777" w:rsidTr="00376F1C">
        <w:tc>
          <w:tcPr>
            <w:tcW w:w="3003" w:type="dxa"/>
            <w:tcBorders>
              <w:bottom w:val="single" w:sz="4" w:space="0" w:color="auto"/>
            </w:tcBorders>
          </w:tcPr>
          <w:p w14:paraId="4FF705DF" w14:textId="24430FB7" w:rsidR="00615FED" w:rsidRDefault="0019425D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  <w:tcBorders>
              <w:bottom w:val="single" w:sz="4" w:space="0" w:color="auto"/>
            </w:tcBorders>
          </w:tcPr>
          <w:p w14:paraId="52A91493" w14:textId="77777777" w:rsidR="00615FED" w:rsidRDefault="00615FED">
            <w:pPr>
              <w:rPr>
                <w:lang w:val="es-ES"/>
              </w:rPr>
            </w:pPr>
          </w:p>
        </w:tc>
      </w:tr>
      <w:tr w:rsidR="00CF79F0" w14:paraId="21ED6A71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5EED7E6B" w14:textId="292F41E0" w:rsidR="00CF79F0" w:rsidRDefault="00CF79F0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5817BE53" w14:textId="77777777" w:rsidR="00CF79F0" w:rsidRDefault="00CF79F0">
            <w:pPr>
              <w:rPr>
                <w:lang w:val="es-ES"/>
              </w:rPr>
            </w:pPr>
          </w:p>
        </w:tc>
      </w:tr>
      <w:tr w:rsidR="00CF79F0" w14:paraId="33548E6A" w14:textId="77777777" w:rsidTr="00376F1C">
        <w:tc>
          <w:tcPr>
            <w:tcW w:w="3003" w:type="dxa"/>
            <w:tcBorders>
              <w:top w:val="single" w:sz="18" w:space="0" w:color="auto"/>
            </w:tcBorders>
          </w:tcPr>
          <w:p w14:paraId="282869D0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  <w:tcBorders>
              <w:top w:val="single" w:sz="18" w:space="0" w:color="auto"/>
            </w:tcBorders>
          </w:tcPr>
          <w:p w14:paraId="3170114D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19DC892D" w14:textId="77777777" w:rsidTr="00376F1C">
        <w:tc>
          <w:tcPr>
            <w:tcW w:w="3003" w:type="dxa"/>
          </w:tcPr>
          <w:p w14:paraId="4DE8515F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648693AF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7E36279D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3C874CB4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2D966890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1DDAFB1A" w14:textId="77777777" w:rsidTr="00376F1C">
        <w:tc>
          <w:tcPr>
            <w:tcW w:w="3003" w:type="dxa"/>
            <w:tcBorders>
              <w:top w:val="single" w:sz="18" w:space="0" w:color="auto"/>
            </w:tcBorders>
          </w:tcPr>
          <w:p w14:paraId="7E9AA0ED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  <w:tcBorders>
              <w:top w:val="single" w:sz="18" w:space="0" w:color="auto"/>
            </w:tcBorders>
          </w:tcPr>
          <w:p w14:paraId="0D1C9DB6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7EF3B45D" w14:textId="77777777" w:rsidTr="00376F1C">
        <w:tc>
          <w:tcPr>
            <w:tcW w:w="3003" w:type="dxa"/>
          </w:tcPr>
          <w:p w14:paraId="74DFDFD2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4B9A7127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707B09D8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665B53C3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58A942F8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2B5C9961" w14:textId="77777777" w:rsidTr="00376F1C">
        <w:tc>
          <w:tcPr>
            <w:tcW w:w="3003" w:type="dxa"/>
            <w:tcBorders>
              <w:top w:val="single" w:sz="18" w:space="0" w:color="auto"/>
            </w:tcBorders>
          </w:tcPr>
          <w:p w14:paraId="3B3596EF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  <w:tcBorders>
              <w:top w:val="single" w:sz="18" w:space="0" w:color="auto"/>
            </w:tcBorders>
          </w:tcPr>
          <w:p w14:paraId="11EC2538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6FD73483" w14:textId="77777777" w:rsidTr="00376F1C">
        <w:tc>
          <w:tcPr>
            <w:tcW w:w="3003" w:type="dxa"/>
          </w:tcPr>
          <w:p w14:paraId="1A74F562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13F66D99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CF79F0" w14:paraId="450AE6E3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2E066CB1" w14:textId="77777777" w:rsidR="00CF79F0" w:rsidRDefault="00CF79F0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478499BE" w14:textId="77777777" w:rsidR="00CF79F0" w:rsidRDefault="00CF79F0" w:rsidP="00FE16CB">
            <w:pPr>
              <w:rPr>
                <w:lang w:val="es-ES"/>
              </w:rPr>
            </w:pPr>
          </w:p>
        </w:tc>
      </w:tr>
      <w:tr w:rsidR="00862938" w14:paraId="597A37D1" w14:textId="77777777" w:rsidTr="00376F1C">
        <w:tc>
          <w:tcPr>
            <w:tcW w:w="3003" w:type="dxa"/>
          </w:tcPr>
          <w:p w14:paraId="66C03CE5" w14:textId="77777777" w:rsidR="00862938" w:rsidRDefault="00862938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</w:tcPr>
          <w:p w14:paraId="77ECFB86" w14:textId="77777777" w:rsidR="00862938" w:rsidRDefault="00862938" w:rsidP="00FE16CB">
            <w:pPr>
              <w:rPr>
                <w:lang w:val="es-ES"/>
              </w:rPr>
            </w:pPr>
          </w:p>
        </w:tc>
      </w:tr>
      <w:tr w:rsidR="00862938" w14:paraId="6F6D8226" w14:textId="77777777" w:rsidTr="00376F1C">
        <w:tc>
          <w:tcPr>
            <w:tcW w:w="3003" w:type="dxa"/>
          </w:tcPr>
          <w:p w14:paraId="40BC3BBF" w14:textId="77777777" w:rsidR="00862938" w:rsidRDefault="00862938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104CDAAB" w14:textId="77777777" w:rsidR="00862938" w:rsidRDefault="00862938" w:rsidP="00FE16CB">
            <w:pPr>
              <w:rPr>
                <w:lang w:val="es-ES"/>
              </w:rPr>
            </w:pPr>
          </w:p>
        </w:tc>
      </w:tr>
      <w:tr w:rsidR="00862938" w14:paraId="4514F643" w14:textId="77777777" w:rsidTr="00376F1C">
        <w:tc>
          <w:tcPr>
            <w:tcW w:w="3003" w:type="dxa"/>
          </w:tcPr>
          <w:p w14:paraId="5726D634" w14:textId="77777777" w:rsidR="00862938" w:rsidRDefault="00862938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</w:tcPr>
          <w:p w14:paraId="07F46009" w14:textId="77777777" w:rsidR="00862938" w:rsidRDefault="00862938" w:rsidP="00FE16CB">
            <w:pPr>
              <w:rPr>
                <w:lang w:val="es-ES"/>
              </w:rPr>
            </w:pPr>
          </w:p>
        </w:tc>
      </w:tr>
      <w:tr w:rsidR="00B95DBB" w14:paraId="1EC24F7C" w14:textId="77777777" w:rsidTr="00376F1C">
        <w:tc>
          <w:tcPr>
            <w:tcW w:w="3003" w:type="dxa"/>
            <w:tcBorders>
              <w:top w:val="single" w:sz="18" w:space="0" w:color="auto"/>
            </w:tcBorders>
          </w:tcPr>
          <w:p w14:paraId="1059FC17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  <w:tcBorders>
              <w:top w:val="single" w:sz="18" w:space="0" w:color="auto"/>
            </w:tcBorders>
          </w:tcPr>
          <w:p w14:paraId="6728AEAF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3ED6DB18" w14:textId="77777777" w:rsidTr="00376F1C">
        <w:tc>
          <w:tcPr>
            <w:tcW w:w="3003" w:type="dxa"/>
          </w:tcPr>
          <w:p w14:paraId="1F700EB5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28F0F43F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1615201C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53A00920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3D8AEF8F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382CCFF1" w14:textId="77777777" w:rsidTr="00376F1C">
        <w:tc>
          <w:tcPr>
            <w:tcW w:w="3003" w:type="dxa"/>
            <w:tcBorders>
              <w:top w:val="single" w:sz="18" w:space="0" w:color="auto"/>
            </w:tcBorders>
          </w:tcPr>
          <w:p w14:paraId="437D9FDF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  <w:tcBorders>
              <w:top w:val="single" w:sz="18" w:space="0" w:color="auto"/>
            </w:tcBorders>
          </w:tcPr>
          <w:p w14:paraId="456B15B6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7F5A10EF" w14:textId="77777777" w:rsidTr="00376F1C">
        <w:tc>
          <w:tcPr>
            <w:tcW w:w="3003" w:type="dxa"/>
          </w:tcPr>
          <w:p w14:paraId="2A322ED0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623AA85E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287AEEEF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3D48AB84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27E8C930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73071000" w14:textId="77777777" w:rsidTr="00376F1C">
        <w:tc>
          <w:tcPr>
            <w:tcW w:w="3003" w:type="dxa"/>
            <w:tcBorders>
              <w:top w:val="single" w:sz="18" w:space="0" w:color="auto"/>
            </w:tcBorders>
          </w:tcPr>
          <w:p w14:paraId="1863CCCD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  <w:tcBorders>
              <w:top w:val="single" w:sz="18" w:space="0" w:color="auto"/>
            </w:tcBorders>
          </w:tcPr>
          <w:p w14:paraId="47B482B4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3D520D33" w14:textId="77777777" w:rsidTr="00376F1C">
        <w:tc>
          <w:tcPr>
            <w:tcW w:w="3003" w:type="dxa"/>
          </w:tcPr>
          <w:p w14:paraId="70FDBD51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5154CD3A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B95DBB" w14:paraId="59D7304B" w14:textId="77777777" w:rsidTr="00376F1C">
        <w:tc>
          <w:tcPr>
            <w:tcW w:w="3003" w:type="dxa"/>
            <w:tcBorders>
              <w:bottom w:val="single" w:sz="18" w:space="0" w:color="auto"/>
            </w:tcBorders>
          </w:tcPr>
          <w:p w14:paraId="0FD14349" w14:textId="77777777" w:rsidR="00B95DBB" w:rsidRDefault="00B95DBB" w:rsidP="00FE16C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  <w:tcBorders>
              <w:bottom w:val="single" w:sz="18" w:space="0" w:color="auto"/>
            </w:tcBorders>
          </w:tcPr>
          <w:p w14:paraId="6A0EEE41" w14:textId="77777777" w:rsidR="00B95DBB" w:rsidRDefault="00B95DBB" w:rsidP="00FE16CB">
            <w:pPr>
              <w:rPr>
                <w:lang w:val="es-ES"/>
              </w:rPr>
            </w:pPr>
          </w:p>
        </w:tc>
      </w:tr>
      <w:tr w:rsidR="00376F1C" w14:paraId="530B2FAF" w14:textId="77777777" w:rsidTr="00376F1C">
        <w:tc>
          <w:tcPr>
            <w:tcW w:w="3003" w:type="dxa"/>
          </w:tcPr>
          <w:p w14:paraId="1E613230" w14:textId="77777777" w:rsidR="00376F1C" w:rsidRDefault="00376F1C" w:rsidP="0041679B">
            <w:pPr>
              <w:rPr>
                <w:lang w:val="es-ES"/>
              </w:rPr>
            </w:pPr>
            <w:r>
              <w:rPr>
                <w:lang w:val="es-ES"/>
              </w:rPr>
              <w:t>Nombre y apellidos</w:t>
            </w:r>
          </w:p>
        </w:tc>
        <w:tc>
          <w:tcPr>
            <w:tcW w:w="5589" w:type="dxa"/>
          </w:tcPr>
          <w:p w14:paraId="11CF26AB" w14:textId="77777777" w:rsidR="00376F1C" w:rsidRDefault="00376F1C" w:rsidP="0041679B">
            <w:pPr>
              <w:rPr>
                <w:lang w:val="es-ES"/>
              </w:rPr>
            </w:pPr>
          </w:p>
        </w:tc>
      </w:tr>
      <w:tr w:rsidR="00376F1C" w14:paraId="70CA51C8" w14:textId="77777777" w:rsidTr="00376F1C">
        <w:tc>
          <w:tcPr>
            <w:tcW w:w="3003" w:type="dxa"/>
          </w:tcPr>
          <w:p w14:paraId="6F3123F0" w14:textId="77777777" w:rsidR="00376F1C" w:rsidRDefault="00376F1C" w:rsidP="0041679B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89" w:type="dxa"/>
          </w:tcPr>
          <w:p w14:paraId="4B3CA672" w14:textId="77777777" w:rsidR="00376F1C" w:rsidRDefault="00376F1C" w:rsidP="0041679B">
            <w:pPr>
              <w:rPr>
                <w:lang w:val="es-ES"/>
              </w:rPr>
            </w:pPr>
          </w:p>
        </w:tc>
      </w:tr>
      <w:tr w:rsidR="00376F1C" w14:paraId="1A3C0D6E" w14:textId="77777777" w:rsidTr="00376F1C">
        <w:tc>
          <w:tcPr>
            <w:tcW w:w="3003" w:type="dxa"/>
          </w:tcPr>
          <w:p w14:paraId="1CB054DA" w14:textId="77777777" w:rsidR="00376F1C" w:rsidRDefault="00376F1C" w:rsidP="0041679B">
            <w:pPr>
              <w:rPr>
                <w:lang w:val="es-ES"/>
              </w:rPr>
            </w:pPr>
            <w:r>
              <w:rPr>
                <w:lang w:val="es-ES"/>
              </w:rPr>
              <w:t>Posición</w:t>
            </w:r>
          </w:p>
        </w:tc>
        <w:tc>
          <w:tcPr>
            <w:tcW w:w="5589" w:type="dxa"/>
          </w:tcPr>
          <w:p w14:paraId="33B3F7F4" w14:textId="77777777" w:rsidR="00376F1C" w:rsidRDefault="00376F1C" w:rsidP="0041679B">
            <w:pPr>
              <w:rPr>
                <w:lang w:val="es-ES"/>
              </w:rPr>
            </w:pPr>
          </w:p>
        </w:tc>
      </w:tr>
    </w:tbl>
    <w:p w14:paraId="2DEFE415" w14:textId="77777777" w:rsidR="00B95DBB" w:rsidRDefault="00B95DBB">
      <w:pPr>
        <w:rPr>
          <w:lang w:val="es-ES"/>
        </w:rPr>
      </w:pPr>
      <w:r>
        <w:rPr>
          <w:lang w:val="es-ES"/>
        </w:rPr>
        <w:br w:type="page"/>
      </w:r>
    </w:p>
    <w:p w14:paraId="0C331AE6" w14:textId="77777777" w:rsidR="00862938" w:rsidRDefault="00862938" w:rsidP="00B0304D">
      <w:pPr>
        <w:jc w:val="right"/>
        <w:rPr>
          <w:lang w:val="es-ES"/>
        </w:rPr>
      </w:pPr>
    </w:p>
    <w:tbl>
      <w:tblPr>
        <w:tblStyle w:val="TableGrid"/>
        <w:tblW w:w="0" w:type="auto"/>
        <w:tblInd w:w="38" w:type="dxa"/>
        <w:tblLook w:val="04A0" w:firstRow="1" w:lastRow="0" w:firstColumn="1" w:lastColumn="0" w:noHBand="0" w:noVBand="1"/>
      </w:tblPr>
      <w:tblGrid>
        <w:gridCol w:w="8592"/>
      </w:tblGrid>
      <w:tr w:rsidR="0019425D" w:rsidRPr="00615FED" w14:paraId="45FA00EB" w14:textId="77777777" w:rsidTr="00C4412C">
        <w:tc>
          <w:tcPr>
            <w:tcW w:w="8780" w:type="dxa"/>
            <w:shd w:val="clear" w:color="auto" w:fill="EEECE1" w:themeFill="background2"/>
          </w:tcPr>
          <w:p w14:paraId="48B43FA2" w14:textId="510F8A2E" w:rsidR="0019425D" w:rsidRPr="0019425D" w:rsidRDefault="0019425D" w:rsidP="00C4412C">
            <w:pPr>
              <w:rPr>
                <w:b/>
                <w:bCs/>
                <w:lang w:val="es-ES"/>
              </w:rPr>
            </w:pPr>
            <w:r w:rsidRPr="0019425D">
              <w:rPr>
                <w:b/>
                <w:bCs/>
                <w:lang w:val="es-ES"/>
              </w:rPr>
              <w:t>3. Sinopsis del Proyecto</w:t>
            </w:r>
          </w:p>
        </w:tc>
      </w:tr>
      <w:tr w:rsidR="0019425D" w14:paraId="21BCD1E5" w14:textId="77777777" w:rsidTr="00C4412C">
        <w:tc>
          <w:tcPr>
            <w:tcW w:w="8780" w:type="dxa"/>
          </w:tcPr>
          <w:p w14:paraId="230213C3" w14:textId="43C2F5ED" w:rsidR="0019425D" w:rsidRDefault="0019425D" w:rsidP="00C4412C">
            <w:pPr>
              <w:rPr>
                <w:lang w:val="es-ES"/>
              </w:rPr>
            </w:pPr>
            <w:r w:rsidRPr="00615FED">
              <w:rPr>
                <w:lang w:val="es-ES"/>
              </w:rPr>
              <w:t>Sinopsis en inglés:</w:t>
            </w:r>
          </w:p>
        </w:tc>
      </w:tr>
      <w:tr w:rsidR="0019425D" w14:paraId="3BAD8187" w14:textId="77777777" w:rsidTr="00C4412C">
        <w:tc>
          <w:tcPr>
            <w:tcW w:w="8780" w:type="dxa"/>
          </w:tcPr>
          <w:p w14:paraId="0E5802AB" w14:textId="77777777" w:rsidR="0019425D" w:rsidRDefault="0019425D" w:rsidP="00C4412C">
            <w:pPr>
              <w:rPr>
                <w:lang w:val="es-ES"/>
              </w:rPr>
            </w:pPr>
          </w:p>
          <w:p w14:paraId="659EB99A" w14:textId="77777777" w:rsidR="0019425D" w:rsidRDefault="0019425D" w:rsidP="00C4412C">
            <w:pPr>
              <w:rPr>
                <w:lang w:val="es-ES"/>
              </w:rPr>
            </w:pPr>
          </w:p>
          <w:p w14:paraId="4EA547A5" w14:textId="77777777" w:rsidR="0019425D" w:rsidRDefault="0019425D" w:rsidP="00C4412C">
            <w:pPr>
              <w:rPr>
                <w:lang w:val="es-ES"/>
              </w:rPr>
            </w:pPr>
          </w:p>
          <w:p w14:paraId="491DD87A" w14:textId="77777777" w:rsidR="0019425D" w:rsidRDefault="0019425D" w:rsidP="00C4412C">
            <w:pPr>
              <w:rPr>
                <w:lang w:val="es-ES"/>
              </w:rPr>
            </w:pPr>
          </w:p>
          <w:p w14:paraId="2BED98BC" w14:textId="77777777" w:rsidR="0019425D" w:rsidRDefault="0019425D" w:rsidP="00C4412C">
            <w:pPr>
              <w:rPr>
                <w:lang w:val="es-ES"/>
              </w:rPr>
            </w:pPr>
          </w:p>
          <w:p w14:paraId="5B461D0E" w14:textId="77777777" w:rsidR="0019425D" w:rsidRDefault="0019425D" w:rsidP="00C4412C">
            <w:pPr>
              <w:rPr>
                <w:lang w:val="es-ES"/>
              </w:rPr>
            </w:pPr>
          </w:p>
          <w:p w14:paraId="169F097A" w14:textId="77777777" w:rsidR="00B95DBB" w:rsidRDefault="00B95DBB" w:rsidP="00C4412C">
            <w:pPr>
              <w:rPr>
                <w:lang w:val="es-ES"/>
              </w:rPr>
            </w:pPr>
          </w:p>
          <w:p w14:paraId="75ACBBB0" w14:textId="77777777" w:rsidR="00B95DBB" w:rsidRDefault="00B95DBB" w:rsidP="00C4412C">
            <w:pPr>
              <w:rPr>
                <w:lang w:val="es-ES"/>
              </w:rPr>
            </w:pPr>
          </w:p>
          <w:p w14:paraId="3E81FE84" w14:textId="77777777" w:rsidR="00B95DBB" w:rsidRDefault="00B95DBB" w:rsidP="00C4412C">
            <w:pPr>
              <w:rPr>
                <w:lang w:val="es-ES"/>
              </w:rPr>
            </w:pPr>
          </w:p>
          <w:p w14:paraId="0213DE3F" w14:textId="77777777" w:rsidR="00231B8F" w:rsidRDefault="00231B8F" w:rsidP="00C4412C">
            <w:pPr>
              <w:rPr>
                <w:lang w:val="es-ES"/>
              </w:rPr>
            </w:pPr>
          </w:p>
          <w:p w14:paraId="297BC948" w14:textId="77777777" w:rsidR="00231B8F" w:rsidRDefault="00231B8F" w:rsidP="00C4412C">
            <w:pPr>
              <w:rPr>
                <w:lang w:val="es-ES"/>
              </w:rPr>
            </w:pPr>
          </w:p>
          <w:p w14:paraId="5E93109F" w14:textId="77777777" w:rsidR="00B95DBB" w:rsidRDefault="00B95DBB" w:rsidP="00C4412C">
            <w:pPr>
              <w:rPr>
                <w:lang w:val="es-ES"/>
              </w:rPr>
            </w:pPr>
          </w:p>
          <w:p w14:paraId="389E1DA8" w14:textId="77777777" w:rsidR="0019425D" w:rsidRDefault="0019425D" w:rsidP="00C4412C">
            <w:pPr>
              <w:rPr>
                <w:lang w:val="es-ES"/>
              </w:rPr>
            </w:pPr>
          </w:p>
          <w:p w14:paraId="2F101B6C" w14:textId="77777777" w:rsidR="0019425D" w:rsidRDefault="0019425D" w:rsidP="00C4412C">
            <w:pPr>
              <w:rPr>
                <w:lang w:val="es-ES"/>
              </w:rPr>
            </w:pPr>
          </w:p>
          <w:p w14:paraId="06A7BEA5" w14:textId="77777777" w:rsidR="00B95DBB" w:rsidRDefault="00B95DBB" w:rsidP="00C4412C">
            <w:pPr>
              <w:rPr>
                <w:lang w:val="es-ES"/>
              </w:rPr>
            </w:pPr>
          </w:p>
          <w:p w14:paraId="564E3F07" w14:textId="77777777" w:rsidR="00B95DBB" w:rsidRDefault="00B95DBB" w:rsidP="00C4412C">
            <w:pPr>
              <w:rPr>
                <w:lang w:val="es-ES"/>
              </w:rPr>
            </w:pPr>
          </w:p>
          <w:p w14:paraId="3C1C7566" w14:textId="77777777" w:rsidR="0019425D" w:rsidRDefault="0019425D" w:rsidP="00C4412C">
            <w:pPr>
              <w:rPr>
                <w:lang w:val="es-ES"/>
              </w:rPr>
            </w:pPr>
          </w:p>
          <w:p w14:paraId="160E3FAD" w14:textId="77777777" w:rsidR="0019425D" w:rsidRPr="00615FED" w:rsidRDefault="0019425D" w:rsidP="00C4412C">
            <w:pPr>
              <w:rPr>
                <w:lang w:val="es-ES"/>
              </w:rPr>
            </w:pPr>
          </w:p>
        </w:tc>
      </w:tr>
      <w:tr w:rsidR="0019425D" w:rsidRPr="00231B8F" w14:paraId="7861BB31" w14:textId="77777777" w:rsidTr="00C4412C">
        <w:tc>
          <w:tcPr>
            <w:tcW w:w="8780" w:type="dxa"/>
          </w:tcPr>
          <w:p w14:paraId="225A2C49" w14:textId="757A2D0D" w:rsidR="0019425D" w:rsidRDefault="0019425D" w:rsidP="00C4412C">
            <w:pPr>
              <w:rPr>
                <w:lang w:val="es-ES"/>
              </w:rPr>
            </w:pPr>
            <w:r w:rsidRPr="00615FED">
              <w:rPr>
                <w:lang w:val="es-ES"/>
              </w:rPr>
              <w:t>Sinopsis en castellano o portugués:</w:t>
            </w:r>
          </w:p>
        </w:tc>
      </w:tr>
      <w:tr w:rsidR="0019425D" w:rsidRPr="00231B8F" w14:paraId="1FE60788" w14:textId="77777777" w:rsidTr="00C4412C">
        <w:tc>
          <w:tcPr>
            <w:tcW w:w="8780" w:type="dxa"/>
          </w:tcPr>
          <w:p w14:paraId="7B77DEA7" w14:textId="77777777" w:rsidR="0019425D" w:rsidRDefault="0019425D" w:rsidP="00C4412C">
            <w:pPr>
              <w:rPr>
                <w:lang w:val="es-ES"/>
              </w:rPr>
            </w:pPr>
          </w:p>
          <w:p w14:paraId="2D282CBB" w14:textId="77777777" w:rsidR="0019425D" w:rsidRDefault="0019425D" w:rsidP="00C4412C">
            <w:pPr>
              <w:rPr>
                <w:lang w:val="es-ES"/>
              </w:rPr>
            </w:pPr>
          </w:p>
          <w:p w14:paraId="79104486" w14:textId="77777777" w:rsidR="0019425D" w:rsidRDefault="0019425D" w:rsidP="00C4412C">
            <w:pPr>
              <w:rPr>
                <w:lang w:val="es-ES"/>
              </w:rPr>
            </w:pPr>
          </w:p>
          <w:p w14:paraId="2A5B20E7" w14:textId="77777777" w:rsidR="0019425D" w:rsidRDefault="0019425D" w:rsidP="00C4412C">
            <w:pPr>
              <w:rPr>
                <w:lang w:val="es-ES"/>
              </w:rPr>
            </w:pPr>
          </w:p>
          <w:p w14:paraId="6D754218" w14:textId="77777777" w:rsidR="0019425D" w:rsidRDefault="0019425D" w:rsidP="00C4412C">
            <w:pPr>
              <w:rPr>
                <w:lang w:val="es-ES"/>
              </w:rPr>
            </w:pPr>
          </w:p>
          <w:p w14:paraId="273EDD4F" w14:textId="77777777" w:rsidR="0019425D" w:rsidRDefault="0019425D" w:rsidP="00C4412C">
            <w:pPr>
              <w:rPr>
                <w:lang w:val="es-ES"/>
              </w:rPr>
            </w:pPr>
          </w:p>
          <w:p w14:paraId="2EB3FFE0" w14:textId="77777777" w:rsidR="00B95DBB" w:rsidRDefault="00B95DBB" w:rsidP="00C4412C">
            <w:pPr>
              <w:rPr>
                <w:lang w:val="es-ES"/>
              </w:rPr>
            </w:pPr>
          </w:p>
          <w:p w14:paraId="2CEEB6BA" w14:textId="77777777" w:rsidR="00B95DBB" w:rsidRDefault="00B95DBB" w:rsidP="00C4412C">
            <w:pPr>
              <w:rPr>
                <w:lang w:val="es-ES"/>
              </w:rPr>
            </w:pPr>
          </w:p>
          <w:p w14:paraId="4D601FE9" w14:textId="77777777" w:rsidR="00B95DBB" w:rsidRDefault="00B95DBB" w:rsidP="00C4412C">
            <w:pPr>
              <w:rPr>
                <w:lang w:val="es-ES"/>
              </w:rPr>
            </w:pPr>
          </w:p>
          <w:p w14:paraId="697D0245" w14:textId="77777777" w:rsidR="00B95DBB" w:rsidRDefault="00B95DBB" w:rsidP="00C4412C">
            <w:pPr>
              <w:rPr>
                <w:lang w:val="es-ES"/>
              </w:rPr>
            </w:pPr>
          </w:p>
          <w:p w14:paraId="03A0E6D0" w14:textId="77777777" w:rsidR="00B95DBB" w:rsidRDefault="00B95DBB" w:rsidP="00C4412C">
            <w:pPr>
              <w:rPr>
                <w:lang w:val="es-ES"/>
              </w:rPr>
            </w:pPr>
          </w:p>
          <w:p w14:paraId="3B37DEED" w14:textId="77777777" w:rsidR="00B95DBB" w:rsidRDefault="00B95DBB" w:rsidP="00C4412C">
            <w:pPr>
              <w:rPr>
                <w:lang w:val="es-ES"/>
              </w:rPr>
            </w:pPr>
          </w:p>
          <w:p w14:paraId="640F3BEB" w14:textId="77777777" w:rsidR="00231B8F" w:rsidRDefault="00231B8F" w:rsidP="00C4412C">
            <w:pPr>
              <w:rPr>
                <w:lang w:val="es-ES"/>
              </w:rPr>
            </w:pPr>
          </w:p>
          <w:p w14:paraId="7618F54C" w14:textId="77777777" w:rsidR="00231B8F" w:rsidRDefault="00231B8F" w:rsidP="00C4412C">
            <w:pPr>
              <w:rPr>
                <w:lang w:val="es-ES"/>
              </w:rPr>
            </w:pPr>
          </w:p>
          <w:p w14:paraId="36AD381D" w14:textId="77777777" w:rsidR="0019425D" w:rsidRDefault="0019425D" w:rsidP="00C4412C">
            <w:pPr>
              <w:rPr>
                <w:lang w:val="es-ES"/>
              </w:rPr>
            </w:pPr>
          </w:p>
          <w:p w14:paraId="122E63F1" w14:textId="77777777" w:rsidR="0019425D" w:rsidRDefault="0019425D" w:rsidP="00C4412C">
            <w:pPr>
              <w:rPr>
                <w:lang w:val="es-ES"/>
              </w:rPr>
            </w:pPr>
          </w:p>
          <w:p w14:paraId="2BDB8765" w14:textId="77777777" w:rsidR="0019425D" w:rsidRPr="00615FED" w:rsidRDefault="0019425D" w:rsidP="00C4412C">
            <w:pPr>
              <w:rPr>
                <w:lang w:val="es-ES"/>
              </w:rPr>
            </w:pPr>
          </w:p>
        </w:tc>
      </w:tr>
    </w:tbl>
    <w:p w14:paraId="4A0CF3E8" w14:textId="77777777" w:rsidR="00B0304D" w:rsidRDefault="00B0304D">
      <w:pPr>
        <w:rPr>
          <w:lang w:val="es-ES"/>
        </w:rPr>
      </w:pPr>
    </w:p>
    <w:tbl>
      <w:tblPr>
        <w:tblStyle w:val="TableGrid"/>
        <w:tblW w:w="0" w:type="auto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32"/>
        <w:gridCol w:w="7964"/>
      </w:tblGrid>
      <w:tr w:rsidR="00CA5D92" w:rsidRPr="00615FED" w14:paraId="6752AD97" w14:textId="77777777" w:rsidTr="00231B8F">
        <w:tc>
          <w:tcPr>
            <w:tcW w:w="8596" w:type="dxa"/>
            <w:gridSpan w:val="2"/>
            <w:shd w:val="clear" w:color="auto" w:fill="EEECE1" w:themeFill="background2"/>
          </w:tcPr>
          <w:p w14:paraId="1AF5EB5A" w14:textId="68165DCB" w:rsidR="00CA5D92" w:rsidRPr="00CA5D92" w:rsidRDefault="00CA5D92" w:rsidP="00C4412C">
            <w:pPr>
              <w:rPr>
                <w:b/>
                <w:bCs/>
                <w:lang w:val="es-ES"/>
              </w:rPr>
            </w:pPr>
            <w:r w:rsidRPr="00CA5D92">
              <w:rPr>
                <w:b/>
                <w:bCs/>
                <w:lang w:val="es-ES"/>
              </w:rPr>
              <w:t>4. Palabras Clave (máximo 5)</w:t>
            </w:r>
          </w:p>
        </w:tc>
      </w:tr>
      <w:tr w:rsidR="00CA5D92" w14:paraId="7ADA6207" w14:textId="77777777" w:rsidTr="00231B8F">
        <w:tc>
          <w:tcPr>
            <w:tcW w:w="632" w:type="dxa"/>
          </w:tcPr>
          <w:p w14:paraId="7559B3E2" w14:textId="796FC236" w:rsidR="00CA5D92" w:rsidRDefault="00CA5D92" w:rsidP="00CA5D9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7964" w:type="dxa"/>
          </w:tcPr>
          <w:p w14:paraId="69DA6826" w14:textId="3FDBFBDA" w:rsidR="00CA5D92" w:rsidRDefault="00CA5D92" w:rsidP="00C4412C">
            <w:pPr>
              <w:rPr>
                <w:lang w:val="es-ES"/>
              </w:rPr>
            </w:pPr>
          </w:p>
        </w:tc>
      </w:tr>
      <w:tr w:rsidR="00CA5D92" w14:paraId="740AAC7E" w14:textId="77777777" w:rsidTr="00231B8F">
        <w:tc>
          <w:tcPr>
            <w:tcW w:w="632" w:type="dxa"/>
          </w:tcPr>
          <w:p w14:paraId="26EF99C9" w14:textId="4F7A8784" w:rsidR="00CA5D92" w:rsidRDefault="00CA5D92" w:rsidP="00CA5D9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7964" w:type="dxa"/>
          </w:tcPr>
          <w:p w14:paraId="50EB7595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14:paraId="5CA8EF9F" w14:textId="77777777" w:rsidTr="00231B8F">
        <w:tc>
          <w:tcPr>
            <w:tcW w:w="632" w:type="dxa"/>
          </w:tcPr>
          <w:p w14:paraId="58885608" w14:textId="2AADB8C8" w:rsidR="00CA5D92" w:rsidRDefault="00CA5D92" w:rsidP="00CA5D9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7964" w:type="dxa"/>
          </w:tcPr>
          <w:p w14:paraId="01595F48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14:paraId="608B7CF3" w14:textId="77777777" w:rsidTr="00231B8F">
        <w:tc>
          <w:tcPr>
            <w:tcW w:w="632" w:type="dxa"/>
          </w:tcPr>
          <w:p w14:paraId="57FD95E1" w14:textId="6596A4B9" w:rsidR="00CA5D92" w:rsidRDefault="00CA5D92" w:rsidP="00CA5D9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7964" w:type="dxa"/>
          </w:tcPr>
          <w:p w14:paraId="366BCC5B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14:paraId="699CF0C8" w14:textId="77777777" w:rsidTr="00231B8F">
        <w:tc>
          <w:tcPr>
            <w:tcW w:w="632" w:type="dxa"/>
          </w:tcPr>
          <w:p w14:paraId="040AA879" w14:textId="44CE12C1" w:rsidR="00CA5D92" w:rsidRDefault="00CA5D92" w:rsidP="00CA5D9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7964" w:type="dxa"/>
          </w:tcPr>
          <w:p w14:paraId="27EDD1F8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:rsidRPr="00615FED" w14:paraId="1EA2D2DD" w14:textId="77777777" w:rsidTr="00231B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92" w:type="dxa"/>
            <w:gridSpan w:val="2"/>
            <w:shd w:val="clear" w:color="auto" w:fill="EEECE1" w:themeFill="background2"/>
          </w:tcPr>
          <w:p w14:paraId="1966FA73" w14:textId="4411BE25" w:rsidR="00CA5D92" w:rsidRPr="00CA5D92" w:rsidRDefault="00CA5D92" w:rsidP="00C4412C">
            <w:pPr>
              <w:rPr>
                <w:b/>
                <w:bCs/>
                <w:lang w:val="es-ES"/>
              </w:rPr>
            </w:pPr>
            <w:r w:rsidRPr="00CA5D92">
              <w:rPr>
                <w:b/>
                <w:bCs/>
                <w:lang w:val="es-ES"/>
              </w:rPr>
              <w:lastRenderedPageBreak/>
              <w:t>5. Resultados Esperados</w:t>
            </w:r>
          </w:p>
        </w:tc>
      </w:tr>
      <w:tr w:rsidR="00CA5D92" w14:paraId="71F66984" w14:textId="77777777" w:rsidTr="00231B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92" w:type="dxa"/>
            <w:gridSpan w:val="2"/>
          </w:tcPr>
          <w:p w14:paraId="30D30282" w14:textId="77777777" w:rsidR="00CA5D92" w:rsidRDefault="00CA5D92" w:rsidP="00C4412C">
            <w:pPr>
              <w:rPr>
                <w:lang w:val="es-ES"/>
              </w:rPr>
            </w:pPr>
          </w:p>
          <w:p w14:paraId="5C9BC77A" w14:textId="77777777" w:rsidR="00CA5D92" w:rsidRDefault="00CA5D92" w:rsidP="00C4412C">
            <w:pPr>
              <w:rPr>
                <w:lang w:val="es-ES"/>
              </w:rPr>
            </w:pPr>
          </w:p>
          <w:p w14:paraId="4A2EFB73" w14:textId="77777777" w:rsidR="00CA5D92" w:rsidRDefault="00CA5D92" w:rsidP="00C4412C">
            <w:pPr>
              <w:rPr>
                <w:lang w:val="es-ES"/>
              </w:rPr>
            </w:pPr>
          </w:p>
          <w:p w14:paraId="1DA4A71E" w14:textId="77777777" w:rsidR="00CA5D92" w:rsidRDefault="00CA5D92" w:rsidP="00C4412C">
            <w:pPr>
              <w:rPr>
                <w:lang w:val="es-ES"/>
              </w:rPr>
            </w:pPr>
          </w:p>
          <w:p w14:paraId="70047341" w14:textId="77777777" w:rsidR="00CA5D92" w:rsidRDefault="00CA5D92" w:rsidP="00C4412C">
            <w:pPr>
              <w:rPr>
                <w:lang w:val="es-ES"/>
              </w:rPr>
            </w:pPr>
          </w:p>
          <w:p w14:paraId="5B1600C7" w14:textId="77777777" w:rsidR="00CA5D92" w:rsidRDefault="00CA5D92" w:rsidP="00C4412C">
            <w:pPr>
              <w:rPr>
                <w:lang w:val="es-ES"/>
              </w:rPr>
            </w:pPr>
          </w:p>
          <w:p w14:paraId="14ECBD29" w14:textId="77777777" w:rsidR="00CA5D92" w:rsidRDefault="00CA5D92" w:rsidP="00C4412C">
            <w:pPr>
              <w:rPr>
                <w:lang w:val="es-ES"/>
              </w:rPr>
            </w:pPr>
          </w:p>
          <w:p w14:paraId="4352B07F" w14:textId="77777777" w:rsidR="00231B8F" w:rsidRDefault="00231B8F" w:rsidP="00C4412C">
            <w:pPr>
              <w:rPr>
                <w:lang w:val="es-ES"/>
              </w:rPr>
            </w:pPr>
          </w:p>
          <w:p w14:paraId="55D965B4" w14:textId="77777777" w:rsidR="00862938" w:rsidRDefault="00862938" w:rsidP="00C4412C">
            <w:pPr>
              <w:rPr>
                <w:lang w:val="es-ES"/>
              </w:rPr>
            </w:pPr>
          </w:p>
          <w:p w14:paraId="2390E393" w14:textId="77777777" w:rsidR="00862938" w:rsidRDefault="00862938" w:rsidP="00C4412C">
            <w:pPr>
              <w:rPr>
                <w:lang w:val="es-ES"/>
              </w:rPr>
            </w:pPr>
          </w:p>
          <w:p w14:paraId="61D23E9D" w14:textId="77777777" w:rsidR="00862938" w:rsidRDefault="00862938" w:rsidP="00C4412C">
            <w:pPr>
              <w:rPr>
                <w:lang w:val="es-ES"/>
              </w:rPr>
            </w:pPr>
          </w:p>
          <w:p w14:paraId="26C5A24E" w14:textId="77777777" w:rsidR="00862938" w:rsidRDefault="00862938" w:rsidP="00C4412C">
            <w:pPr>
              <w:rPr>
                <w:lang w:val="es-ES"/>
              </w:rPr>
            </w:pPr>
          </w:p>
          <w:p w14:paraId="4DC47517" w14:textId="77777777" w:rsidR="00862938" w:rsidRDefault="00862938" w:rsidP="00C4412C">
            <w:pPr>
              <w:rPr>
                <w:lang w:val="es-ES"/>
              </w:rPr>
            </w:pPr>
          </w:p>
          <w:p w14:paraId="40DFFDB7" w14:textId="77777777" w:rsidR="00862938" w:rsidRDefault="00862938" w:rsidP="00C4412C">
            <w:pPr>
              <w:rPr>
                <w:lang w:val="es-ES"/>
              </w:rPr>
            </w:pPr>
          </w:p>
          <w:p w14:paraId="02553F05" w14:textId="77777777" w:rsidR="00862938" w:rsidRDefault="00862938" w:rsidP="00C4412C">
            <w:pPr>
              <w:rPr>
                <w:lang w:val="es-ES"/>
              </w:rPr>
            </w:pPr>
          </w:p>
          <w:p w14:paraId="3F03A5C4" w14:textId="77777777" w:rsidR="00231B8F" w:rsidRDefault="00231B8F" w:rsidP="00C4412C">
            <w:pPr>
              <w:rPr>
                <w:lang w:val="es-ES"/>
              </w:rPr>
            </w:pPr>
          </w:p>
          <w:p w14:paraId="4E5EA099" w14:textId="77777777" w:rsidR="00862938" w:rsidRDefault="00862938" w:rsidP="00C4412C">
            <w:pPr>
              <w:rPr>
                <w:lang w:val="es-ES"/>
              </w:rPr>
            </w:pPr>
          </w:p>
          <w:p w14:paraId="09C19B0A" w14:textId="77777777" w:rsidR="00862938" w:rsidRDefault="00862938" w:rsidP="00C4412C">
            <w:pPr>
              <w:rPr>
                <w:lang w:val="es-ES"/>
              </w:rPr>
            </w:pPr>
          </w:p>
          <w:p w14:paraId="4B7078FC" w14:textId="77777777" w:rsidR="00862938" w:rsidRDefault="00862938" w:rsidP="00C4412C">
            <w:pPr>
              <w:rPr>
                <w:lang w:val="es-ES"/>
              </w:rPr>
            </w:pPr>
          </w:p>
          <w:p w14:paraId="255B7F66" w14:textId="77777777" w:rsidR="00CA5D92" w:rsidRDefault="00CA5D92" w:rsidP="00C4412C">
            <w:pPr>
              <w:rPr>
                <w:lang w:val="es-ES"/>
              </w:rPr>
            </w:pPr>
          </w:p>
          <w:p w14:paraId="41D12D99" w14:textId="77777777" w:rsidR="00CA5D92" w:rsidRDefault="00CA5D92" w:rsidP="00C4412C">
            <w:pPr>
              <w:rPr>
                <w:lang w:val="es-ES"/>
              </w:rPr>
            </w:pPr>
          </w:p>
          <w:p w14:paraId="773528B8" w14:textId="77777777" w:rsidR="00CA5D92" w:rsidRDefault="00CA5D92" w:rsidP="00C4412C">
            <w:pPr>
              <w:rPr>
                <w:lang w:val="es-ES"/>
              </w:rPr>
            </w:pPr>
          </w:p>
          <w:p w14:paraId="75B1E814" w14:textId="77777777" w:rsidR="00CA5D92" w:rsidRDefault="00CA5D92" w:rsidP="00C4412C">
            <w:pPr>
              <w:rPr>
                <w:lang w:val="es-ES"/>
              </w:rPr>
            </w:pPr>
          </w:p>
          <w:p w14:paraId="3B6D7A37" w14:textId="77777777" w:rsidR="00CA5D92" w:rsidRDefault="00CA5D92" w:rsidP="00C4412C">
            <w:pPr>
              <w:rPr>
                <w:lang w:val="es-ES"/>
              </w:rPr>
            </w:pPr>
          </w:p>
        </w:tc>
      </w:tr>
    </w:tbl>
    <w:p w14:paraId="63FDC477" w14:textId="77777777" w:rsidR="00CA5D92" w:rsidRDefault="00CA5D92">
      <w:pPr>
        <w:rPr>
          <w:lang w:val="es-ES"/>
        </w:rPr>
      </w:pPr>
    </w:p>
    <w:tbl>
      <w:tblPr>
        <w:tblStyle w:val="TableGrid"/>
        <w:tblW w:w="0" w:type="auto"/>
        <w:tblInd w:w="38" w:type="dxa"/>
        <w:tblLook w:val="04A0" w:firstRow="1" w:lastRow="0" w:firstColumn="1" w:lastColumn="0" w:noHBand="0" w:noVBand="1"/>
      </w:tblPr>
      <w:tblGrid>
        <w:gridCol w:w="8592"/>
      </w:tblGrid>
      <w:tr w:rsidR="00CA5D92" w:rsidRPr="00231B8F" w14:paraId="73EEA7B4" w14:textId="77777777" w:rsidTr="00231B8F">
        <w:tc>
          <w:tcPr>
            <w:tcW w:w="8592" w:type="dxa"/>
            <w:shd w:val="clear" w:color="auto" w:fill="EEECE1" w:themeFill="background2"/>
          </w:tcPr>
          <w:p w14:paraId="3257F8C0" w14:textId="12CE7C93" w:rsidR="00CA5D92" w:rsidRPr="00CA5D92" w:rsidRDefault="00CA5D92" w:rsidP="00C4412C">
            <w:pPr>
              <w:rPr>
                <w:b/>
                <w:bCs/>
                <w:lang w:val="es-ES"/>
              </w:rPr>
            </w:pPr>
            <w:r w:rsidRPr="00CA5D92">
              <w:rPr>
                <w:b/>
                <w:bCs/>
                <w:lang w:val="es-ES"/>
              </w:rPr>
              <w:t>6. Plan de Difusión y Sostenibilidad</w:t>
            </w:r>
          </w:p>
        </w:tc>
      </w:tr>
      <w:tr w:rsidR="00CA5D92" w:rsidRPr="00231B8F" w14:paraId="5AF34D2C" w14:textId="77777777" w:rsidTr="00231B8F">
        <w:tc>
          <w:tcPr>
            <w:tcW w:w="8592" w:type="dxa"/>
          </w:tcPr>
          <w:p w14:paraId="25A488F2" w14:textId="77777777" w:rsidR="00CA5D92" w:rsidRDefault="00CA5D92" w:rsidP="00C4412C">
            <w:pPr>
              <w:rPr>
                <w:lang w:val="es-ES"/>
              </w:rPr>
            </w:pPr>
          </w:p>
          <w:p w14:paraId="34267CC3" w14:textId="77777777" w:rsidR="00CA5D92" w:rsidRDefault="00CA5D92" w:rsidP="00C4412C">
            <w:pPr>
              <w:rPr>
                <w:lang w:val="es-ES"/>
              </w:rPr>
            </w:pPr>
          </w:p>
          <w:p w14:paraId="693CF329" w14:textId="77777777" w:rsidR="00231B8F" w:rsidRDefault="00231B8F" w:rsidP="00C4412C">
            <w:pPr>
              <w:rPr>
                <w:lang w:val="es-ES"/>
              </w:rPr>
            </w:pPr>
          </w:p>
          <w:p w14:paraId="36154922" w14:textId="77777777" w:rsidR="00231B8F" w:rsidRDefault="00231B8F" w:rsidP="00C4412C">
            <w:pPr>
              <w:rPr>
                <w:lang w:val="es-ES"/>
              </w:rPr>
            </w:pPr>
          </w:p>
          <w:p w14:paraId="438D1E4E" w14:textId="77777777" w:rsidR="00CA5D92" w:rsidRDefault="00CA5D92" w:rsidP="00C4412C">
            <w:pPr>
              <w:rPr>
                <w:lang w:val="es-ES"/>
              </w:rPr>
            </w:pPr>
          </w:p>
          <w:p w14:paraId="17D06B88" w14:textId="77777777" w:rsidR="00CA5D92" w:rsidRDefault="00CA5D92" w:rsidP="00C4412C">
            <w:pPr>
              <w:rPr>
                <w:lang w:val="es-ES"/>
              </w:rPr>
            </w:pPr>
          </w:p>
          <w:p w14:paraId="31BA080A" w14:textId="77777777" w:rsidR="00CA5D92" w:rsidRDefault="00CA5D92" w:rsidP="00C4412C">
            <w:pPr>
              <w:rPr>
                <w:lang w:val="es-ES"/>
              </w:rPr>
            </w:pPr>
          </w:p>
          <w:p w14:paraId="48D333FC" w14:textId="77777777" w:rsidR="00CA5D92" w:rsidRDefault="00CA5D92" w:rsidP="00C4412C">
            <w:pPr>
              <w:rPr>
                <w:lang w:val="es-ES"/>
              </w:rPr>
            </w:pPr>
          </w:p>
          <w:p w14:paraId="697E27E8" w14:textId="77777777" w:rsidR="00CA5D92" w:rsidRDefault="00CA5D92" w:rsidP="00C4412C">
            <w:pPr>
              <w:rPr>
                <w:lang w:val="es-ES"/>
              </w:rPr>
            </w:pPr>
          </w:p>
          <w:p w14:paraId="27CDD58F" w14:textId="77777777" w:rsidR="00CA5D92" w:rsidRDefault="00CA5D92" w:rsidP="00C4412C">
            <w:pPr>
              <w:rPr>
                <w:lang w:val="es-ES"/>
              </w:rPr>
            </w:pPr>
          </w:p>
          <w:p w14:paraId="1E86A678" w14:textId="77777777" w:rsidR="00CA5D92" w:rsidRDefault="00CA5D92" w:rsidP="00C4412C">
            <w:pPr>
              <w:rPr>
                <w:lang w:val="es-ES"/>
              </w:rPr>
            </w:pPr>
          </w:p>
          <w:p w14:paraId="2EAD0311" w14:textId="77777777" w:rsidR="00CA5D92" w:rsidRDefault="00CA5D92" w:rsidP="00C4412C">
            <w:pPr>
              <w:rPr>
                <w:lang w:val="es-ES"/>
              </w:rPr>
            </w:pPr>
          </w:p>
          <w:p w14:paraId="3E5B62DE" w14:textId="77777777" w:rsidR="00CA5D92" w:rsidRDefault="00CA5D92" w:rsidP="00C4412C">
            <w:pPr>
              <w:rPr>
                <w:lang w:val="es-ES"/>
              </w:rPr>
            </w:pPr>
          </w:p>
          <w:p w14:paraId="5B7A7039" w14:textId="77777777" w:rsidR="00CA5D92" w:rsidRDefault="00CA5D92" w:rsidP="00C4412C">
            <w:pPr>
              <w:rPr>
                <w:lang w:val="es-ES"/>
              </w:rPr>
            </w:pPr>
          </w:p>
          <w:p w14:paraId="6917D36E" w14:textId="77777777" w:rsidR="00CA5D92" w:rsidRDefault="00CA5D92" w:rsidP="00C4412C">
            <w:pPr>
              <w:rPr>
                <w:lang w:val="es-ES"/>
              </w:rPr>
            </w:pPr>
          </w:p>
          <w:p w14:paraId="5BA196F5" w14:textId="77777777" w:rsidR="00CA5D92" w:rsidRDefault="00CA5D92" w:rsidP="00C4412C">
            <w:pPr>
              <w:rPr>
                <w:lang w:val="es-ES"/>
              </w:rPr>
            </w:pPr>
          </w:p>
          <w:p w14:paraId="717B59F9" w14:textId="77777777" w:rsidR="006B0656" w:rsidRDefault="006B0656" w:rsidP="00C4412C">
            <w:pPr>
              <w:rPr>
                <w:lang w:val="es-ES"/>
              </w:rPr>
            </w:pPr>
          </w:p>
          <w:p w14:paraId="05795A8B" w14:textId="77777777" w:rsidR="006B0656" w:rsidRDefault="006B0656" w:rsidP="00C4412C">
            <w:pPr>
              <w:rPr>
                <w:lang w:val="es-ES"/>
              </w:rPr>
            </w:pPr>
          </w:p>
          <w:p w14:paraId="5DE0A36B" w14:textId="77777777" w:rsidR="00CA5D92" w:rsidRDefault="00CA5D92" w:rsidP="00C4412C">
            <w:pPr>
              <w:rPr>
                <w:lang w:val="es-ES"/>
              </w:rPr>
            </w:pPr>
          </w:p>
          <w:p w14:paraId="52ECA142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:rsidRPr="00231B8F" w14:paraId="48C730A8" w14:textId="77777777" w:rsidTr="00B95DBB">
        <w:tc>
          <w:tcPr>
            <w:tcW w:w="8592" w:type="dxa"/>
            <w:shd w:val="clear" w:color="auto" w:fill="EEECE1" w:themeFill="background2"/>
          </w:tcPr>
          <w:p w14:paraId="5594CE9D" w14:textId="533B15F5" w:rsidR="00CA5D92" w:rsidRPr="00CA5D92" w:rsidRDefault="00CA5D92" w:rsidP="00C4412C">
            <w:pPr>
              <w:rPr>
                <w:b/>
                <w:bCs/>
                <w:lang w:val="es-ES"/>
              </w:rPr>
            </w:pPr>
            <w:r w:rsidRPr="00CA5D92">
              <w:rPr>
                <w:b/>
                <w:bCs/>
                <w:lang w:val="es-ES"/>
              </w:rPr>
              <w:lastRenderedPageBreak/>
              <w:t>7. Descripción del Proyecto</w:t>
            </w:r>
            <w:r>
              <w:rPr>
                <w:b/>
                <w:bCs/>
                <w:lang w:val="es-ES"/>
              </w:rPr>
              <w:t xml:space="preserve"> </w:t>
            </w:r>
            <w:r w:rsidRPr="00615FED">
              <w:rPr>
                <w:lang w:val="es-ES"/>
              </w:rPr>
              <w:t>(máximo 4 páginas):</w:t>
            </w:r>
          </w:p>
        </w:tc>
      </w:tr>
      <w:tr w:rsidR="00CA5D92" w:rsidRPr="00231B8F" w14:paraId="7BF60AE2" w14:textId="77777777" w:rsidTr="00B95DBB">
        <w:tc>
          <w:tcPr>
            <w:tcW w:w="8592" w:type="dxa"/>
          </w:tcPr>
          <w:p w14:paraId="1CA26BC9" w14:textId="77777777" w:rsidR="00CA5D92" w:rsidRDefault="00CA5D92" w:rsidP="00C4412C">
            <w:pPr>
              <w:rPr>
                <w:lang w:val="es-ES"/>
              </w:rPr>
            </w:pPr>
          </w:p>
          <w:p w14:paraId="1E0DADD4" w14:textId="77777777" w:rsidR="00CA5D92" w:rsidRDefault="00CA5D92" w:rsidP="00C4412C">
            <w:pPr>
              <w:rPr>
                <w:lang w:val="es-ES"/>
              </w:rPr>
            </w:pPr>
          </w:p>
          <w:p w14:paraId="0DD24D26" w14:textId="77777777" w:rsidR="00CA5D92" w:rsidRDefault="00CA5D92" w:rsidP="00C4412C">
            <w:pPr>
              <w:rPr>
                <w:lang w:val="es-ES"/>
              </w:rPr>
            </w:pPr>
          </w:p>
          <w:p w14:paraId="57E667F2" w14:textId="77777777" w:rsidR="00CA5D92" w:rsidRDefault="00CA5D92" w:rsidP="00C4412C">
            <w:pPr>
              <w:rPr>
                <w:lang w:val="es-ES"/>
              </w:rPr>
            </w:pPr>
          </w:p>
          <w:p w14:paraId="3D2E9125" w14:textId="77777777" w:rsidR="00CA5D92" w:rsidRDefault="00CA5D92" w:rsidP="00C4412C">
            <w:pPr>
              <w:rPr>
                <w:lang w:val="es-ES"/>
              </w:rPr>
            </w:pPr>
          </w:p>
          <w:p w14:paraId="3E83174D" w14:textId="77777777" w:rsidR="00CA5D92" w:rsidRDefault="00CA5D92" w:rsidP="00C4412C">
            <w:pPr>
              <w:rPr>
                <w:lang w:val="es-ES"/>
              </w:rPr>
            </w:pPr>
          </w:p>
          <w:p w14:paraId="4621BD2A" w14:textId="77777777" w:rsidR="00CA5D92" w:rsidRDefault="00CA5D92" w:rsidP="00C4412C">
            <w:pPr>
              <w:rPr>
                <w:lang w:val="es-ES"/>
              </w:rPr>
            </w:pPr>
          </w:p>
          <w:p w14:paraId="1762C615" w14:textId="77777777" w:rsidR="00CA5D92" w:rsidRDefault="00CA5D92" w:rsidP="00C4412C">
            <w:pPr>
              <w:rPr>
                <w:lang w:val="es-ES"/>
              </w:rPr>
            </w:pPr>
          </w:p>
          <w:p w14:paraId="4355D498" w14:textId="77777777" w:rsidR="00CA5D92" w:rsidRDefault="00CA5D92" w:rsidP="00C4412C">
            <w:pPr>
              <w:rPr>
                <w:lang w:val="es-ES"/>
              </w:rPr>
            </w:pPr>
          </w:p>
          <w:p w14:paraId="4EC99134" w14:textId="77777777" w:rsidR="00CA5D92" w:rsidRDefault="00CA5D92" w:rsidP="00C4412C">
            <w:pPr>
              <w:rPr>
                <w:lang w:val="es-ES"/>
              </w:rPr>
            </w:pPr>
          </w:p>
          <w:p w14:paraId="25D44465" w14:textId="77777777" w:rsidR="00CA5D92" w:rsidRDefault="00CA5D92" w:rsidP="00C4412C">
            <w:pPr>
              <w:rPr>
                <w:lang w:val="es-ES"/>
              </w:rPr>
            </w:pPr>
          </w:p>
          <w:p w14:paraId="5B509BA0" w14:textId="77777777" w:rsidR="00CA5D92" w:rsidRDefault="00CA5D92" w:rsidP="00C4412C">
            <w:pPr>
              <w:rPr>
                <w:lang w:val="es-ES"/>
              </w:rPr>
            </w:pPr>
          </w:p>
          <w:p w14:paraId="1247B369" w14:textId="77777777" w:rsidR="00CA5D92" w:rsidRDefault="00CA5D92" w:rsidP="00C4412C">
            <w:pPr>
              <w:rPr>
                <w:lang w:val="es-ES"/>
              </w:rPr>
            </w:pPr>
          </w:p>
          <w:p w14:paraId="068D3F19" w14:textId="77777777" w:rsidR="00CA5D92" w:rsidRDefault="00CA5D92" w:rsidP="00C4412C">
            <w:pPr>
              <w:rPr>
                <w:lang w:val="es-ES"/>
              </w:rPr>
            </w:pPr>
          </w:p>
          <w:p w14:paraId="4D4ECDAF" w14:textId="77777777" w:rsidR="00CA5D92" w:rsidRDefault="00CA5D92" w:rsidP="00C4412C">
            <w:pPr>
              <w:rPr>
                <w:lang w:val="es-ES"/>
              </w:rPr>
            </w:pPr>
          </w:p>
          <w:p w14:paraId="176CDACA" w14:textId="77777777" w:rsidR="00CA5D92" w:rsidRDefault="00CA5D92" w:rsidP="00C4412C">
            <w:pPr>
              <w:rPr>
                <w:lang w:val="es-ES"/>
              </w:rPr>
            </w:pPr>
          </w:p>
          <w:p w14:paraId="40D8190B" w14:textId="77777777" w:rsidR="00CA5D92" w:rsidRDefault="00CA5D92" w:rsidP="00C4412C">
            <w:pPr>
              <w:rPr>
                <w:lang w:val="es-ES"/>
              </w:rPr>
            </w:pPr>
          </w:p>
          <w:p w14:paraId="32575CCF" w14:textId="77777777" w:rsidR="00CA5D92" w:rsidRDefault="00CA5D92" w:rsidP="00C4412C">
            <w:pPr>
              <w:rPr>
                <w:lang w:val="es-ES"/>
              </w:rPr>
            </w:pPr>
          </w:p>
          <w:p w14:paraId="47994A73" w14:textId="77777777" w:rsidR="00FB73A8" w:rsidRDefault="00FB73A8" w:rsidP="00C4412C">
            <w:pPr>
              <w:rPr>
                <w:lang w:val="es-ES"/>
              </w:rPr>
            </w:pPr>
          </w:p>
          <w:p w14:paraId="082CB78B" w14:textId="77777777" w:rsidR="00FB73A8" w:rsidRDefault="00FB73A8" w:rsidP="00C4412C">
            <w:pPr>
              <w:rPr>
                <w:lang w:val="es-ES"/>
              </w:rPr>
            </w:pPr>
          </w:p>
          <w:p w14:paraId="696427D3" w14:textId="77777777" w:rsidR="00FB73A8" w:rsidRDefault="00FB73A8" w:rsidP="00C4412C">
            <w:pPr>
              <w:rPr>
                <w:lang w:val="es-ES"/>
              </w:rPr>
            </w:pPr>
          </w:p>
          <w:p w14:paraId="5E3A024C" w14:textId="77777777" w:rsidR="00FB73A8" w:rsidRDefault="00FB73A8" w:rsidP="00C4412C">
            <w:pPr>
              <w:rPr>
                <w:lang w:val="es-ES"/>
              </w:rPr>
            </w:pPr>
          </w:p>
          <w:p w14:paraId="5A4499D6" w14:textId="77777777" w:rsidR="00FB73A8" w:rsidRDefault="00FB73A8" w:rsidP="00C4412C">
            <w:pPr>
              <w:rPr>
                <w:lang w:val="es-ES"/>
              </w:rPr>
            </w:pPr>
          </w:p>
          <w:p w14:paraId="504D2FA1" w14:textId="77777777" w:rsidR="00FB73A8" w:rsidRDefault="00FB73A8" w:rsidP="00C4412C">
            <w:pPr>
              <w:rPr>
                <w:lang w:val="es-ES"/>
              </w:rPr>
            </w:pPr>
          </w:p>
          <w:p w14:paraId="0ED1571A" w14:textId="77777777" w:rsidR="00FB73A8" w:rsidRDefault="00FB73A8" w:rsidP="00C4412C">
            <w:pPr>
              <w:rPr>
                <w:lang w:val="es-ES"/>
              </w:rPr>
            </w:pPr>
          </w:p>
          <w:p w14:paraId="02E08E10" w14:textId="77777777" w:rsidR="00FB73A8" w:rsidRDefault="00FB73A8" w:rsidP="00C4412C">
            <w:pPr>
              <w:rPr>
                <w:lang w:val="es-ES"/>
              </w:rPr>
            </w:pPr>
          </w:p>
          <w:p w14:paraId="27675E7A" w14:textId="77777777" w:rsidR="00FB73A8" w:rsidRDefault="00FB73A8" w:rsidP="00C4412C">
            <w:pPr>
              <w:rPr>
                <w:lang w:val="es-ES"/>
              </w:rPr>
            </w:pPr>
          </w:p>
          <w:p w14:paraId="74A73977" w14:textId="77777777" w:rsidR="00FB73A8" w:rsidRDefault="00FB73A8" w:rsidP="00C4412C">
            <w:pPr>
              <w:rPr>
                <w:lang w:val="es-ES"/>
              </w:rPr>
            </w:pPr>
          </w:p>
          <w:p w14:paraId="1878824E" w14:textId="77777777" w:rsidR="00FB73A8" w:rsidRDefault="00FB73A8" w:rsidP="00C4412C">
            <w:pPr>
              <w:rPr>
                <w:lang w:val="es-ES"/>
              </w:rPr>
            </w:pPr>
          </w:p>
          <w:p w14:paraId="3DCAEC50" w14:textId="77777777" w:rsidR="00FB73A8" w:rsidRDefault="00FB73A8" w:rsidP="00C4412C">
            <w:pPr>
              <w:rPr>
                <w:lang w:val="es-ES"/>
              </w:rPr>
            </w:pPr>
          </w:p>
          <w:p w14:paraId="0BBF1723" w14:textId="77777777" w:rsidR="00FB73A8" w:rsidRDefault="00FB73A8" w:rsidP="00C4412C">
            <w:pPr>
              <w:rPr>
                <w:lang w:val="es-ES"/>
              </w:rPr>
            </w:pPr>
          </w:p>
          <w:p w14:paraId="103B85F8" w14:textId="77777777" w:rsidR="00FB73A8" w:rsidRDefault="00FB73A8" w:rsidP="00C4412C">
            <w:pPr>
              <w:rPr>
                <w:lang w:val="es-ES"/>
              </w:rPr>
            </w:pPr>
          </w:p>
          <w:p w14:paraId="4D569015" w14:textId="77777777" w:rsidR="00FB73A8" w:rsidRDefault="00FB73A8" w:rsidP="00C4412C">
            <w:pPr>
              <w:rPr>
                <w:lang w:val="es-ES"/>
              </w:rPr>
            </w:pPr>
          </w:p>
          <w:p w14:paraId="61B358E4" w14:textId="77777777" w:rsidR="00FB73A8" w:rsidRDefault="00FB73A8" w:rsidP="00C4412C">
            <w:pPr>
              <w:rPr>
                <w:lang w:val="es-ES"/>
              </w:rPr>
            </w:pPr>
          </w:p>
          <w:p w14:paraId="40946480" w14:textId="77777777" w:rsidR="00FB73A8" w:rsidRDefault="00FB73A8" w:rsidP="00C4412C">
            <w:pPr>
              <w:rPr>
                <w:lang w:val="es-ES"/>
              </w:rPr>
            </w:pPr>
          </w:p>
          <w:p w14:paraId="17908CC5" w14:textId="77777777" w:rsidR="00FB73A8" w:rsidRDefault="00FB73A8" w:rsidP="00C4412C">
            <w:pPr>
              <w:rPr>
                <w:lang w:val="es-ES"/>
              </w:rPr>
            </w:pPr>
          </w:p>
          <w:p w14:paraId="69843ADD" w14:textId="77777777" w:rsidR="00FB73A8" w:rsidRDefault="00FB73A8" w:rsidP="00C4412C">
            <w:pPr>
              <w:rPr>
                <w:lang w:val="es-ES"/>
              </w:rPr>
            </w:pPr>
          </w:p>
          <w:p w14:paraId="0FE6E95F" w14:textId="77777777" w:rsidR="00FB73A8" w:rsidRDefault="00FB73A8" w:rsidP="00C4412C">
            <w:pPr>
              <w:rPr>
                <w:lang w:val="es-ES"/>
              </w:rPr>
            </w:pPr>
          </w:p>
          <w:p w14:paraId="41E412C7" w14:textId="77777777" w:rsidR="00FB73A8" w:rsidRDefault="00FB73A8" w:rsidP="00C4412C">
            <w:pPr>
              <w:rPr>
                <w:lang w:val="es-ES"/>
              </w:rPr>
            </w:pPr>
          </w:p>
          <w:p w14:paraId="5C7ED09D" w14:textId="77777777" w:rsidR="00FB73A8" w:rsidRDefault="00FB73A8" w:rsidP="00C4412C">
            <w:pPr>
              <w:rPr>
                <w:lang w:val="es-ES"/>
              </w:rPr>
            </w:pPr>
          </w:p>
          <w:p w14:paraId="4FE88EF7" w14:textId="77777777" w:rsidR="00FB73A8" w:rsidRDefault="00FB73A8" w:rsidP="00C4412C">
            <w:pPr>
              <w:rPr>
                <w:lang w:val="es-ES"/>
              </w:rPr>
            </w:pPr>
          </w:p>
          <w:p w14:paraId="4395588C" w14:textId="77777777" w:rsidR="00FB73A8" w:rsidRDefault="00FB73A8" w:rsidP="00C4412C">
            <w:pPr>
              <w:rPr>
                <w:lang w:val="es-ES"/>
              </w:rPr>
            </w:pPr>
          </w:p>
          <w:p w14:paraId="76435F46" w14:textId="77777777" w:rsidR="00FB73A8" w:rsidRDefault="00FB73A8" w:rsidP="00C4412C">
            <w:pPr>
              <w:rPr>
                <w:lang w:val="es-ES"/>
              </w:rPr>
            </w:pPr>
          </w:p>
          <w:p w14:paraId="67278553" w14:textId="77777777" w:rsidR="00FB73A8" w:rsidRDefault="00FB73A8" w:rsidP="00C4412C">
            <w:pPr>
              <w:rPr>
                <w:lang w:val="es-ES"/>
              </w:rPr>
            </w:pPr>
          </w:p>
          <w:p w14:paraId="1E05CAB1" w14:textId="77777777" w:rsidR="00FB73A8" w:rsidRDefault="00FB73A8" w:rsidP="00C4412C">
            <w:pPr>
              <w:rPr>
                <w:lang w:val="es-ES"/>
              </w:rPr>
            </w:pPr>
          </w:p>
          <w:p w14:paraId="5DB5831D" w14:textId="77777777" w:rsidR="00FB73A8" w:rsidRDefault="00FB73A8" w:rsidP="00C4412C">
            <w:pPr>
              <w:rPr>
                <w:lang w:val="es-ES"/>
              </w:rPr>
            </w:pPr>
          </w:p>
          <w:p w14:paraId="5165A982" w14:textId="77777777" w:rsidR="00FB73A8" w:rsidRDefault="00FB73A8" w:rsidP="00C4412C">
            <w:pPr>
              <w:rPr>
                <w:lang w:val="es-ES"/>
              </w:rPr>
            </w:pPr>
          </w:p>
          <w:p w14:paraId="53DA039E" w14:textId="77777777" w:rsidR="00FB73A8" w:rsidRDefault="00FB73A8" w:rsidP="00C4412C">
            <w:pPr>
              <w:rPr>
                <w:lang w:val="es-ES"/>
              </w:rPr>
            </w:pPr>
          </w:p>
          <w:p w14:paraId="6C384B47" w14:textId="77777777" w:rsidR="00FB73A8" w:rsidRDefault="00FB73A8" w:rsidP="00C4412C">
            <w:pPr>
              <w:rPr>
                <w:lang w:val="es-ES"/>
              </w:rPr>
            </w:pPr>
          </w:p>
          <w:p w14:paraId="6D31D48F" w14:textId="77777777" w:rsidR="00FB73A8" w:rsidRDefault="00FB73A8" w:rsidP="00C4412C">
            <w:pPr>
              <w:rPr>
                <w:lang w:val="es-ES"/>
              </w:rPr>
            </w:pPr>
          </w:p>
          <w:p w14:paraId="43AEBDF3" w14:textId="77777777" w:rsidR="00FB73A8" w:rsidRDefault="00FB73A8" w:rsidP="00C4412C">
            <w:pPr>
              <w:rPr>
                <w:lang w:val="es-ES"/>
              </w:rPr>
            </w:pPr>
          </w:p>
          <w:p w14:paraId="729FA287" w14:textId="77777777" w:rsidR="00FB73A8" w:rsidRDefault="00FB73A8" w:rsidP="00C4412C">
            <w:pPr>
              <w:rPr>
                <w:lang w:val="es-ES"/>
              </w:rPr>
            </w:pPr>
          </w:p>
          <w:p w14:paraId="1B3FD60E" w14:textId="77777777" w:rsidR="00FB73A8" w:rsidRDefault="00FB73A8" w:rsidP="00C4412C">
            <w:pPr>
              <w:rPr>
                <w:lang w:val="es-ES"/>
              </w:rPr>
            </w:pPr>
          </w:p>
          <w:p w14:paraId="53ECF0B4" w14:textId="77777777" w:rsidR="00FB73A8" w:rsidRDefault="00FB73A8" w:rsidP="00C4412C">
            <w:pPr>
              <w:rPr>
                <w:lang w:val="es-ES"/>
              </w:rPr>
            </w:pPr>
          </w:p>
          <w:p w14:paraId="47DD94A7" w14:textId="77777777" w:rsidR="00FB73A8" w:rsidRDefault="00FB73A8" w:rsidP="00C4412C">
            <w:pPr>
              <w:rPr>
                <w:lang w:val="es-ES"/>
              </w:rPr>
            </w:pPr>
          </w:p>
          <w:p w14:paraId="05C4A7E3" w14:textId="77777777" w:rsidR="00FB73A8" w:rsidRDefault="00FB73A8" w:rsidP="00C4412C">
            <w:pPr>
              <w:rPr>
                <w:lang w:val="es-ES"/>
              </w:rPr>
            </w:pPr>
          </w:p>
          <w:p w14:paraId="38CF1731" w14:textId="77777777" w:rsidR="00FB73A8" w:rsidRDefault="00FB73A8" w:rsidP="00C4412C">
            <w:pPr>
              <w:rPr>
                <w:lang w:val="es-ES"/>
              </w:rPr>
            </w:pPr>
          </w:p>
          <w:p w14:paraId="15F99C69" w14:textId="77777777" w:rsidR="00FB73A8" w:rsidRDefault="00FB73A8" w:rsidP="00C4412C">
            <w:pPr>
              <w:rPr>
                <w:lang w:val="es-ES"/>
              </w:rPr>
            </w:pPr>
          </w:p>
          <w:p w14:paraId="1D3F503A" w14:textId="77777777" w:rsidR="00FB73A8" w:rsidRDefault="00FB73A8" w:rsidP="00C4412C">
            <w:pPr>
              <w:rPr>
                <w:lang w:val="es-ES"/>
              </w:rPr>
            </w:pPr>
          </w:p>
          <w:p w14:paraId="0300B67C" w14:textId="77777777" w:rsidR="00FB73A8" w:rsidRDefault="00FB73A8" w:rsidP="00C4412C">
            <w:pPr>
              <w:rPr>
                <w:lang w:val="es-ES"/>
              </w:rPr>
            </w:pPr>
          </w:p>
          <w:p w14:paraId="45B37902" w14:textId="77777777" w:rsidR="00FB73A8" w:rsidRDefault="00FB73A8" w:rsidP="00C4412C">
            <w:pPr>
              <w:rPr>
                <w:lang w:val="es-ES"/>
              </w:rPr>
            </w:pPr>
          </w:p>
          <w:p w14:paraId="666A1D36" w14:textId="77777777" w:rsidR="00FB73A8" w:rsidRDefault="00FB73A8" w:rsidP="00C4412C">
            <w:pPr>
              <w:rPr>
                <w:lang w:val="es-ES"/>
              </w:rPr>
            </w:pPr>
          </w:p>
          <w:p w14:paraId="76BD0CAC" w14:textId="77777777" w:rsidR="00FB73A8" w:rsidRDefault="00FB73A8" w:rsidP="00C4412C">
            <w:pPr>
              <w:rPr>
                <w:lang w:val="es-ES"/>
              </w:rPr>
            </w:pPr>
          </w:p>
          <w:p w14:paraId="7B52DB71" w14:textId="77777777" w:rsidR="00FB73A8" w:rsidRDefault="00FB73A8" w:rsidP="00C4412C">
            <w:pPr>
              <w:rPr>
                <w:lang w:val="es-ES"/>
              </w:rPr>
            </w:pPr>
          </w:p>
          <w:p w14:paraId="48A69288" w14:textId="77777777" w:rsidR="00FB73A8" w:rsidRDefault="00FB73A8" w:rsidP="00C4412C">
            <w:pPr>
              <w:rPr>
                <w:lang w:val="es-ES"/>
              </w:rPr>
            </w:pPr>
          </w:p>
          <w:p w14:paraId="5A7CD107" w14:textId="77777777" w:rsidR="00FB73A8" w:rsidRDefault="00FB73A8" w:rsidP="00C4412C">
            <w:pPr>
              <w:rPr>
                <w:lang w:val="es-ES"/>
              </w:rPr>
            </w:pPr>
          </w:p>
          <w:p w14:paraId="225C73F9" w14:textId="77777777" w:rsidR="00FB73A8" w:rsidRDefault="00FB73A8" w:rsidP="00C4412C">
            <w:pPr>
              <w:rPr>
                <w:lang w:val="es-ES"/>
              </w:rPr>
            </w:pPr>
          </w:p>
          <w:p w14:paraId="720027D9" w14:textId="77777777" w:rsidR="00FB73A8" w:rsidRDefault="00FB73A8" w:rsidP="00C4412C">
            <w:pPr>
              <w:rPr>
                <w:lang w:val="es-ES"/>
              </w:rPr>
            </w:pPr>
          </w:p>
          <w:p w14:paraId="71F79531" w14:textId="77777777" w:rsidR="00FB73A8" w:rsidRDefault="00FB73A8" w:rsidP="00C4412C">
            <w:pPr>
              <w:rPr>
                <w:lang w:val="es-ES"/>
              </w:rPr>
            </w:pPr>
          </w:p>
          <w:p w14:paraId="64B81AC3" w14:textId="77777777" w:rsidR="00FB73A8" w:rsidRDefault="00FB73A8" w:rsidP="00C4412C">
            <w:pPr>
              <w:rPr>
                <w:lang w:val="es-ES"/>
              </w:rPr>
            </w:pPr>
          </w:p>
          <w:p w14:paraId="217A4F1D" w14:textId="77777777" w:rsidR="00FB73A8" w:rsidRDefault="00FB73A8" w:rsidP="00C4412C">
            <w:pPr>
              <w:rPr>
                <w:lang w:val="es-ES"/>
              </w:rPr>
            </w:pPr>
          </w:p>
          <w:p w14:paraId="000DF47F" w14:textId="77777777" w:rsidR="00FB73A8" w:rsidRDefault="00FB73A8" w:rsidP="00C4412C">
            <w:pPr>
              <w:rPr>
                <w:lang w:val="es-ES"/>
              </w:rPr>
            </w:pPr>
          </w:p>
          <w:p w14:paraId="0F6EDCBF" w14:textId="77777777" w:rsidR="00FB73A8" w:rsidRDefault="00FB73A8" w:rsidP="00C4412C">
            <w:pPr>
              <w:rPr>
                <w:lang w:val="es-ES"/>
              </w:rPr>
            </w:pPr>
          </w:p>
          <w:p w14:paraId="27A40469" w14:textId="77777777" w:rsidR="00CA5D92" w:rsidRDefault="00CA5D92" w:rsidP="00C4412C">
            <w:pPr>
              <w:rPr>
                <w:lang w:val="es-ES"/>
              </w:rPr>
            </w:pPr>
          </w:p>
          <w:p w14:paraId="60495573" w14:textId="77777777" w:rsidR="00CA5D92" w:rsidRDefault="00CA5D92" w:rsidP="00C4412C">
            <w:pPr>
              <w:rPr>
                <w:lang w:val="es-ES"/>
              </w:rPr>
            </w:pPr>
          </w:p>
          <w:p w14:paraId="1598D0A8" w14:textId="77777777" w:rsidR="00CA5D92" w:rsidRDefault="00CA5D92" w:rsidP="00C4412C">
            <w:pPr>
              <w:rPr>
                <w:lang w:val="es-ES"/>
              </w:rPr>
            </w:pPr>
          </w:p>
          <w:p w14:paraId="11964FE5" w14:textId="77777777" w:rsidR="00CA5D92" w:rsidRDefault="00CA5D92" w:rsidP="00C4412C">
            <w:pPr>
              <w:rPr>
                <w:lang w:val="es-ES"/>
              </w:rPr>
            </w:pPr>
          </w:p>
          <w:p w14:paraId="31A504B4" w14:textId="77777777" w:rsidR="00CA5D92" w:rsidRDefault="00CA5D92" w:rsidP="00C4412C">
            <w:pPr>
              <w:rPr>
                <w:lang w:val="es-ES"/>
              </w:rPr>
            </w:pPr>
          </w:p>
          <w:p w14:paraId="2A9788CD" w14:textId="77777777" w:rsidR="00CA5D92" w:rsidRDefault="00CA5D92" w:rsidP="00C4412C">
            <w:pPr>
              <w:rPr>
                <w:lang w:val="es-ES"/>
              </w:rPr>
            </w:pPr>
          </w:p>
          <w:p w14:paraId="353D9750" w14:textId="77777777" w:rsidR="00CA5D92" w:rsidRDefault="00CA5D92" w:rsidP="00C4412C">
            <w:pPr>
              <w:rPr>
                <w:lang w:val="es-ES"/>
              </w:rPr>
            </w:pPr>
          </w:p>
          <w:p w14:paraId="0DE76999" w14:textId="77777777" w:rsidR="00CA5D92" w:rsidRDefault="00CA5D92" w:rsidP="00C4412C">
            <w:pPr>
              <w:rPr>
                <w:lang w:val="es-ES"/>
              </w:rPr>
            </w:pPr>
          </w:p>
          <w:p w14:paraId="5D3F268C" w14:textId="77777777" w:rsidR="00CA5D92" w:rsidRDefault="00CA5D92" w:rsidP="00C4412C">
            <w:pPr>
              <w:rPr>
                <w:lang w:val="es-ES"/>
              </w:rPr>
            </w:pPr>
          </w:p>
          <w:p w14:paraId="2EDF6F6C" w14:textId="77777777" w:rsidR="00CA5D92" w:rsidRDefault="00CA5D92" w:rsidP="00C4412C">
            <w:pPr>
              <w:rPr>
                <w:lang w:val="es-ES"/>
              </w:rPr>
            </w:pPr>
          </w:p>
          <w:p w14:paraId="5710F98C" w14:textId="77777777" w:rsidR="00CA5D92" w:rsidRDefault="00CA5D92" w:rsidP="00C4412C">
            <w:pPr>
              <w:rPr>
                <w:lang w:val="es-ES"/>
              </w:rPr>
            </w:pPr>
          </w:p>
          <w:p w14:paraId="29B5AB4F" w14:textId="77777777" w:rsidR="00CA5D92" w:rsidRDefault="00CA5D92" w:rsidP="00C4412C">
            <w:pPr>
              <w:rPr>
                <w:lang w:val="es-ES"/>
              </w:rPr>
            </w:pPr>
          </w:p>
          <w:p w14:paraId="0FA323C0" w14:textId="77777777" w:rsidR="00CA5D92" w:rsidRDefault="00CA5D92" w:rsidP="00C4412C">
            <w:pPr>
              <w:rPr>
                <w:lang w:val="es-ES"/>
              </w:rPr>
            </w:pPr>
          </w:p>
          <w:p w14:paraId="76630EBB" w14:textId="77777777" w:rsidR="00CA5D92" w:rsidRDefault="00CA5D92" w:rsidP="00C4412C">
            <w:pPr>
              <w:rPr>
                <w:lang w:val="es-ES"/>
              </w:rPr>
            </w:pPr>
          </w:p>
          <w:p w14:paraId="15023E90" w14:textId="77777777" w:rsidR="00CA5D92" w:rsidRDefault="00CA5D92" w:rsidP="00C4412C">
            <w:pPr>
              <w:rPr>
                <w:lang w:val="es-ES"/>
              </w:rPr>
            </w:pPr>
          </w:p>
          <w:p w14:paraId="744FFFF5" w14:textId="77777777" w:rsidR="00CA5D92" w:rsidRDefault="00CA5D92" w:rsidP="00C4412C">
            <w:pPr>
              <w:rPr>
                <w:lang w:val="es-ES"/>
              </w:rPr>
            </w:pPr>
          </w:p>
          <w:p w14:paraId="018887C2" w14:textId="77777777" w:rsidR="00CA5D92" w:rsidRDefault="00CA5D92" w:rsidP="00C4412C">
            <w:pPr>
              <w:rPr>
                <w:lang w:val="es-ES"/>
              </w:rPr>
            </w:pPr>
          </w:p>
          <w:p w14:paraId="671F7F4D" w14:textId="77777777" w:rsidR="00CA5D92" w:rsidRDefault="00CA5D92" w:rsidP="00C4412C">
            <w:pPr>
              <w:rPr>
                <w:lang w:val="es-ES"/>
              </w:rPr>
            </w:pPr>
          </w:p>
          <w:p w14:paraId="0E178A21" w14:textId="77777777" w:rsidR="00CA5D92" w:rsidRDefault="00CA5D92" w:rsidP="00C4412C">
            <w:pPr>
              <w:rPr>
                <w:lang w:val="es-ES"/>
              </w:rPr>
            </w:pPr>
          </w:p>
          <w:p w14:paraId="79319191" w14:textId="77777777" w:rsidR="00CA5D92" w:rsidRDefault="00CA5D92" w:rsidP="00C4412C">
            <w:pPr>
              <w:rPr>
                <w:lang w:val="es-ES"/>
              </w:rPr>
            </w:pPr>
          </w:p>
          <w:p w14:paraId="493E2829" w14:textId="77777777" w:rsidR="00CA5D92" w:rsidRDefault="00CA5D92" w:rsidP="00C4412C">
            <w:pPr>
              <w:rPr>
                <w:lang w:val="es-ES"/>
              </w:rPr>
            </w:pPr>
          </w:p>
          <w:p w14:paraId="2E4C73C2" w14:textId="77777777" w:rsidR="00B95DBB" w:rsidRDefault="00B95DBB" w:rsidP="00C4412C">
            <w:pPr>
              <w:rPr>
                <w:lang w:val="es-ES"/>
              </w:rPr>
            </w:pPr>
          </w:p>
          <w:p w14:paraId="79045231" w14:textId="77777777" w:rsidR="00231B8F" w:rsidRDefault="00231B8F" w:rsidP="00C4412C">
            <w:pPr>
              <w:rPr>
                <w:lang w:val="es-ES"/>
              </w:rPr>
            </w:pPr>
          </w:p>
          <w:p w14:paraId="57FF62AA" w14:textId="77777777" w:rsidR="00231B8F" w:rsidRDefault="00231B8F" w:rsidP="00C4412C">
            <w:pPr>
              <w:rPr>
                <w:lang w:val="es-ES"/>
              </w:rPr>
            </w:pPr>
          </w:p>
          <w:p w14:paraId="4A2C3D64" w14:textId="77777777" w:rsidR="00B95DBB" w:rsidRDefault="00B95DBB" w:rsidP="00C4412C">
            <w:pPr>
              <w:rPr>
                <w:lang w:val="es-ES"/>
              </w:rPr>
            </w:pPr>
          </w:p>
          <w:p w14:paraId="709785AF" w14:textId="77777777" w:rsidR="00CA5D92" w:rsidRDefault="00CA5D92" w:rsidP="00C4412C">
            <w:pPr>
              <w:rPr>
                <w:lang w:val="es-ES"/>
              </w:rPr>
            </w:pPr>
          </w:p>
          <w:p w14:paraId="7FF06DC7" w14:textId="77777777" w:rsidR="00CA5D92" w:rsidRDefault="00CA5D92" w:rsidP="00C4412C">
            <w:pPr>
              <w:rPr>
                <w:lang w:val="es-ES"/>
              </w:rPr>
            </w:pPr>
          </w:p>
          <w:p w14:paraId="36FE6882" w14:textId="77777777" w:rsidR="00FB73A8" w:rsidRDefault="00FB73A8" w:rsidP="00C4412C">
            <w:pPr>
              <w:rPr>
                <w:lang w:val="es-ES"/>
              </w:rPr>
            </w:pPr>
          </w:p>
          <w:p w14:paraId="59E5B301" w14:textId="77777777" w:rsidR="00FB73A8" w:rsidRDefault="00FB73A8" w:rsidP="00C4412C">
            <w:pPr>
              <w:rPr>
                <w:lang w:val="es-ES"/>
              </w:rPr>
            </w:pPr>
          </w:p>
          <w:p w14:paraId="14CCA1E0" w14:textId="77777777" w:rsidR="00FB73A8" w:rsidRDefault="00FB73A8" w:rsidP="00C4412C">
            <w:pPr>
              <w:rPr>
                <w:lang w:val="es-ES"/>
              </w:rPr>
            </w:pPr>
          </w:p>
          <w:p w14:paraId="611CC889" w14:textId="77777777" w:rsidR="00FB73A8" w:rsidRDefault="00FB73A8" w:rsidP="00C4412C">
            <w:pPr>
              <w:rPr>
                <w:lang w:val="es-ES"/>
              </w:rPr>
            </w:pPr>
          </w:p>
          <w:p w14:paraId="25555008" w14:textId="77777777" w:rsidR="00FB73A8" w:rsidRDefault="00FB73A8" w:rsidP="00C4412C">
            <w:pPr>
              <w:rPr>
                <w:lang w:val="es-ES"/>
              </w:rPr>
            </w:pPr>
          </w:p>
          <w:p w14:paraId="7D408949" w14:textId="77777777" w:rsidR="00FB73A8" w:rsidRDefault="00FB73A8" w:rsidP="00C4412C">
            <w:pPr>
              <w:rPr>
                <w:lang w:val="es-ES"/>
              </w:rPr>
            </w:pPr>
          </w:p>
          <w:p w14:paraId="32B8DE10" w14:textId="77777777" w:rsidR="00FB73A8" w:rsidRDefault="00FB73A8" w:rsidP="00C4412C">
            <w:pPr>
              <w:rPr>
                <w:lang w:val="es-ES"/>
              </w:rPr>
            </w:pPr>
          </w:p>
          <w:p w14:paraId="1F89DDB8" w14:textId="77777777" w:rsidR="00FB73A8" w:rsidRDefault="00FB73A8" w:rsidP="00C4412C">
            <w:pPr>
              <w:rPr>
                <w:lang w:val="es-ES"/>
              </w:rPr>
            </w:pPr>
          </w:p>
          <w:p w14:paraId="64602D9C" w14:textId="77777777" w:rsidR="00FB73A8" w:rsidRDefault="00FB73A8" w:rsidP="00C4412C">
            <w:pPr>
              <w:rPr>
                <w:lang w:val="es-ES"/>
              </w:rPr>
            </w:pPr>
          </w:p>
          <w:p w14:paraId="3FACABB4" w14:textId="77777777" w:rsidR="00FB73A8" w:rsidRDefault="00FB73A8" w:rsidP="00C4412C">
            <w:pPr>
              <w:rPr>
                <w:lang w:val="es-ES"/>
              </w:rPr>
            </w:pPr>
          </w:p>
          <w:p w14:paraId="71823E27" w14:textId="77777777" w:rsidR="00FB73A8" w:rsidRDefault="00FB73A8" w:rsidP="00C4412C">
            <w:pPr>
              <w:rPr>
                <w:lang w:val="es-ES"/>
              </w:rPr>
            </w:pPr>
          </w:p>
          <w:p w14:paraId="43AACFAD" w14:textId="77777777" w:rsidR="00FB73A8" w:rsidRDefault="00FB73A8" w:rsidP="00C4412C">
            <w:pPr>
              <w:rPr>
                <w:lang w:val="es-ES"/>
              </w:rPr>
            </w:pPr>
          </w:p>
          <w:p w14:paraId="663D4A5C" w14:textId="77777777" w:rsidR="00FB73A8" w:rsidRDefault="00FB73A8" w:rsidP="00C4412C">
            <w:pPr>
              <w:rPr>
                <w:lang w:val="es-ES"/>
              </w:rPr>
            </w:pPr>
          </w:p>
          <w:p w14:paraId="244F8629" w14:textId="77777777" w:rsidR="00FB73A8" w:rsidRDefault="00FB73A8" w:rsidP="00C4412C">
            <w:pPr>
              <w:rPr>
                <w:lang w:val="es-ES"/>
              </w:rPr>
            </w:pPr>
          </w:p>
          <w:p w14:paraId="7113C8A7" w14:textId="77777777" w:rsidR="00FB73A8" w:rsidRDefault="00FB73A8" w:rsidP="00C4412C">
            <w:pPr>
              <w:rPr>
                <w:lang w:val="es-ES"/>
              </w:rPr>
            </w:pPr>
          </w:p>
          <w:p w14:paraId="36BC6213" w14:textId="77777777" w:rsidR="00FB73A8" w:rsidRDefault="00FB73A8" w:rsidP="00C4412C">
            <w:pPr>
              <w:rPr>
                <w:lang w:val="es-ES"/>
              </w:rPr>
            </w:pPr>
          </w:p>
          <w:p w14:paraId="6F3B95D3" w14:textId="77777777" w:rsidR="00FB73A8" w:rsidRDefault="00FB73A8" w:rsidP="00C4412C">
            <w:pPr>
              <w:rPr>
                <w:lang w:val="es-ES"/>
              </w:rPr>
            </w:pPr>
          </w:p>
          <w:p w14:paraId="15166389" w14:textId="77777777" w:rsidR="00FB73A8" w:rsidRDefault="00FB73A8" w:rsidP="00C4412C">
            <w:pPr>
              <w:rPr>
                <w:lang w:val="es-ES"/>
              </w:rPr>
            </w:pPr>
          </w:p>
          <w:p w14:paraId="5A27AEF1" w14:textId="77777777" w:rsidR="00FB73A8" w:rsidRDefault="00FB73A8" w:rsidP="00C4412C">
            <w:pPr>
              <w:rPr>
                <w:lang w:val="es-ES"/>
              </w:rPr>
            </w:pPr>
          </w:p>
          <w:p w14:paraId="29692D44" w14:textId="77777777" w:rsidR="00FB73A8" w:rsidRDefault="00FB73A8" w:rsidP="00C4412C">
            <w:pPr>
              <w:rPr>
                <w:lang w:val="es-ES"/>
              </w:rPr>
            </w:pPr>
          </w:p>
          <w:p w14:paraId="188D96E8" w14:textId="77777777" w:rsidR="00FB73A8" w:rsidRDefault="00FB73A8" w:rsidP="00C4412C">
            <w:pPr>
              <w:rPr>
                <w:lang w:val="es-ES"/>
              </w:rPr>
            </w:pPr>
          </w:p>
          <w:p w14:paraId="42146CF7" w14:textId="77777777" w:rsidR="00FB73A8" w:rsidRDefault="00FB73A8" w:rsidP="00C4412C">
            <w:pPr>
              <w:rPr>
                <w:lang w:val="es-ES"/>
              </w:rPr>
            </w:pPr>
          </w:p>
          <w:p w14:paraId="6C402E4E" w14:textId="77777777" w:rsidR="00FB73A8" w:rsidRDefault="00FB73A8" w:rsidP="00C4412C">
            <w:pPr>
              <w:rPr>
                <w:lang w:val="es-ES"/>
              </w:rPr>
            </w:pPr>
          </w:p>
          <w:p w14:paraId="4C82D143" w14:textId="77777777" w:rsidR="00FB73A8" w:rsidRDefault="00FB73A8" w:rsidP="00C4412C">
            <w:pPr>
              <w:rPr>
                <w:lang w:val="es-ES"/>
              </w:rPr>
            </w:pPr>
          </w:p>
          <w:p w14:paraId="6C683897" w14:textId="77777777" w:rsidR="00FB73A8" w:rsidRDefault="00FB73A8" w:rsidP="00C4412C">
            <w:pPr>
              <w:rPr>
                <w:lang w:val="es-ES"/>
              </w:rPr>
            </w:pPr>
          </w:p>
          <w:p w14:paraId="15CDE053" w14:textId="77777777" w:rsidR="00FB73A8" w:rsidRDefault="00FB73A8" w:rsidP="00C4412C">
            <w:pPr>
              <w:rPr>
                <w:lang w:val="es-ES"/>
              </w:rPr>
            </w:pPr>
          </w:p>
          <w:p w14:paraId="6ABFD1B1" w14:textId="77777777" w:rsidR="00FB73A8" w:rsidRDefault="00FB73A8" w:rsidP="00C4412C">
            <w:pPr>
              <w:rPr>
                <w:lang w:val="es-ES"/>
              </w:rPr>
            </w:pPr>
          </w:p>
          <w:p w14:paraId="33BAE85D" w14:textId="77777777" w:rsidR="00FB73A8" w:rsidRDefault="00FB73A8" w:rsidP="00C4412C">
            <w:pPr>
              <w:rPr>
                <w:lang w:val="es-ES"/>
              </w:rPr>
            </w:pPr>
          </w:p>
          <w:p w14:paraId="1EF7CD3C" w14:textId="77777777" w:rsidR="00FB73A8" w:rsidRDefault="00FB73A8" w:rsidP="00C4412C">
            <w:pPr>
              <w:rPr>
                <w:lang w:val="es-ES"/>
              </w:rPr>
            </w:pPr>
          </w:p>
          <w:p w14:paraId="5FEE13B0" w14:textId="77777777" w:rsidR="00FB73A8" w:rsidRDefault="00FB73A8" w:rsidP="00C4412C">
            <w:pPr>
              <w:rPr>
                <w:lang w:val="es-ES"/>
              </w:rPr>
            </w:pPr>
          </w:p>
          <w:p w14:paraId="0E9D7AEA" w14:textId="77777777" w:rsidR="00FB73A8" w:rsidRDefault="00FB73A8" w:rsidP="00C4412C">
            <w:pPr>
              <w:rPr>
                <w:lang w:val="es-ES"/>
              </w:rPr>
            </w:pPr>
          </w:p>
          <w:p w14:paraId="57FA45AE" w14:textId="77777777" w:rsidR="00FB73A8" w:rsidRDefault="00FB73A8" w:rsidP="00C4412C">
            <w:pPr>
              <w:rPr>
                <w:lang w:val="es-ES"/>
              </w:rPr>
            </w:pPr>
          </w:p>
          <w:p w14:paraId="1402BCB0" w14:textId="77777777" w:rsidR="00FB73A8" w:rsidRDefault="00FB73A8" w:rsidP="00C4412C">
            <w:pPr>
              <w:rPr>
                <w:lang w:val="es-ES"/>
              </w:rPr>
            </w:pPr>
          </w:p>
          <w:p w14:paraId="47878F59" w14:textId="77777777" w:rsidR="00FB73A8" w:rsidRDefault="00FB73A8" w:rsidP="00C4412C">
            <w:pPr>
              <w:rPr>
                <w:lang w:val="es-ES"/>
              </w:rPr>
            </w:pPr>
          </w:p>
          <w:p w14:paraId="4529671F" w14:textId="77777777" w:rsidR="00FB73A8" w:rsidRDefault="00FB73A8" w:rsidP="00C4412C">
            <w:pPr>
              <w:rPr>
                <w:lang w:val="es-ES"/>
              </w:rPr>
            </w:pPr>
          </w:p>
          <w:p w14:paraId="42E3A152" w14:textId="77777777" w:rsidR="00FB73A8" w:rsidRDefault="00FB73A8" w:rsidP="00C4412C">
            <w:pPr>
              <w:rPr>
                <w:lang w:val="es-ES"/>
              </w:rPr>
            </w:pPr>
          </w:p>
          <w:p w14:paraId="6156C36A" w14:textId="77777777" w:rsidR="00FB73A8" w:rsidRDefault="00FB73A8" w:rsidP="00C4412C">
            <w:pPr>
              <w:rPr>
                <w:lang w:val="es-ES"/>
              </w:rPr>
            </w:pPr>
          </w:p>
          <w:p w14:paraId="34CCDDDC" w14:textId="77777777" w:rsidR="00FB73A8" w:rsidRDefault="00FB73A8" w:rsidP="00C4412C">
            <w:pPr>
              <w:rPr>
                <w:lang w:val="es-ES"/>
              </w:rPr>
            </w:pPr>
          </w:p>
          <w:p w14:paraId="5FCEB163" w14:textId="77777777" w:rsidR="00FB73A8" w:rsidRDefault="00FB73A8" w:rsidP="00C4412C">
            <w:pPr>
              <w:rPr>
                <w:lang w:val="es-ES"/>
              </w:rPr>
            </w:pPr>
          </w:p>
          <w:p w14:paraId="757A0AD8" w14:textId="77777777" w:rsidR="00FB73A8" w:rsidRDefault="00FB73A8" w:rsidP="00C4412C">
            <w:pPr>
              <w:rPr>
                <w:lang w:val="es-ES"/>
              </w:rPr>
            </w:pPr>
          </w:p>
          <w:p w14:paraId="01486991" w14:textId="77777777" w:rsidR="00FB73A8" w:rsidRDefault="00FB73A8" w:rsidP="00C4412C">
            <w:pPr>
              <w:rPr>
                <w:lang w:val="es-ES"/>
              </w:rPr>
            </w:pPr>
          </w:p>
          <w:p w14:paraId="5EC70DAE" w14:textId="77777777" w:rsidR="00FB73A8" w:rsidRDefault="00FB73A8" w:rsidP="00C4412C">
            <w:pPr>
              <w:rPr>
                <w:lang w:val="es-ES"/>
              </w:rPr>
            </w:pPr>
          </w:p>
          <w:p w14:paraId="52A7825B" w14:textId="77777777" w:rsidR="00FB73A8" w:rsidRDefault="00FB73A8" w:rsidP="00C4412C">
            <w:pPr>
              <w:rPr>
                <w:lang w:val="es-ES"/>
              </w:rPr>
            </w:pPr>
          </w:p>
          <w:p w14:paraId="748C7AFF" w14:textId="77777777" w:rsidR="00FB73A8" w:rsidRDefault="00FB73A8" w:rsidP="00C4412C">
            <w:pPr>
              <w:rPr>
                <w:lang w:val="es-ES"/>
              </w:rPr>
            </w:pPr>
          </w:p>
          <w:p w14:paraId="50D9A383" w14:textId="77777777" w:rsidR="00FB73A8" w:rsidRDefault="00FB73A8" w:rsidP="00C4412C">
            <w:pPr>
              <w:rPr>
                <w:lang w:val="es-ES"/>
              </w:rPr>
            </w:pPr>
          </w:p>
          <w:p w14:paraId="0FCDFBD5" w14:textId="77777777" w:rsidR="00FB73A8" w:rsidRDefault="00FB73A8" w:rsidP="00C4412C">
            <w:pPr>
              <w:rPr>
                <w:lang w:val="es-ES"/>
              </w:rPr>
            </w:pPr>
          </w:p>
          <w:p w14:paraId="59420358" w14:textId="77777777" w:rsidR="00FB73A8" w:rsidRDefault="00FB73A8" w:rsidP="00C4412C">
            <w:pPr>
              <w:rPr>
                <w:lang w:val="es-ES"/>
              </w:rPr>
            </w:pPr>
          </w:p>
          <w:p w14:paraId="5E6CFD98" w14:textId="77777777" w:rsidR="00FB73A8" w:rsidRDefault="00FB73A8" w:rsidP="00C4412C">
            <w:pPr>
              <w:rPr>
                <w:lang w:val="es-ES"/>
              </w:rPr>
            </w:pPr>
          </w:p>
          <w:p w14:paraId="218F4D1A" w14:textId="77777777" w:rsidR="00FB73A8" w:rsidRDefault="00FB73A8" w:rsidP="00C4412C">
            <w:pPr>
              <w:rPr>
                <w:lang w:val="es-ES"/>
              </w:rPr>
            </w:pPr>
          </w:p>
          <w:p w14:paraId="0179C183" w14:textId="77777777" w:rsidR="00FB73A8" w:rsidRDefault="00FB73A8" w:rsidP="00C4412C">
            <w:pPr>
              <w:rPr>
                <w:lang w:val="es-ES"/>
              </w:rPr>
            </w:pPr>
          </w:p>
          <w:p w14:paraId="4B769F63" w14:textId="77777777" w:rsidR="00FB73A8" w:rsidRDefault="00FB73A8" w:rsidP="00C4412C">
            <w:pPr>
              <w:rPr>
                <w:lang w:val="es-ES"/>
              </w:rPr>
            </w:pPr>
          </w:p>
          <w:p w14:paraId="03CB853F" w14:textId="77777777" w:rsidR="00FB73A8" w:rsidRDefault="00FB73A8" w:rsidP="00C4412C">
            <w:pPr>
              <w:rPr>
                <w:lang w:val="es-ES"/>
              </w:rPr>
            </w:pPr>
          </w:p>
          <w:p w14:paraId="31ED68CC" w14:textId="77777777" w:rsidR="00FB73A8" w:rsidRDefault="00FB73A8" w:rsidP="00C4412C">
            <w:pPr>
              <w:rPr>
                <w:lang w:val="es-ES"/>
              </w:rPr>
            </w:pPr>
          </w:p>
          <w:p w14:paraId="78BAD47A" w14:textId="77777777" w:rsidR="00FB73A8" w:rsidRDefault="00FB73A8" w:rsidP="00C4412C">
            <w:pPr>
              <w:rPr>
                <w:lang w:val="es-ES"/>
              </w:rPr>
            </w:pPr>
          </w:p>
          <w:p w14:paraId="0025F9A3" w14:textId="77777777" w:rsidR="00FB73A8" w:rsidRDefault="00FB73A8" w:rsidP="00C4412C">
            <w:pPr>
              <w:rPr>
                <w:lang w:val="es-ES"/>
              </w:rPr>
            </w:pPr>
          </w:p>
          <w:p w14:paraId="674321E5" w14:textId="77777777" w:rsidR="00FB73A8" w:rsidRDefault="00FB73A8" w:rsidP="00C4412C">
            <w:pPr>
              <w:rPr>
                <w:lang w:val="es-ES"/>
              </w:rPr>
            </w:pPr>
          </w:p>
          <w:p w14:paraId="4219B93C" w14:textId="77777777" w:rsidR="00FB73A8" w:rsidRDefault="00FB73A8" w:rsidP="00C4412C">
            <w:pPr>
              <w:rPr>
                <w:lang w:val="es-ES"/>
              </w:rPr>
            </w:pPr>
          </w:p>
          <w:p w14:paraId="1CBCA442" w14:textId="77777777" w:rsidR="00FB73A8" w:rsidRDefault="00FB73A8" w:rsidP="00C4412C">
            <w:pPr>
              <w:rPr>
                <w:lang w:val="es-ES"/>
              </w:rPr>
            </w:pPr>
          </w:p>
          <w:p w14:paraId="7F078623" w14:textId="77777777" w:rsidR="00FB73A8" w:rsidRDefault="00FB73A8" w:rsidP="00C4412C">
            <w:pPr>
              <w:rPr>
                <w:lang w:val="es-ES"/>
              </w:rPr>
            </w:pPr>
          </w:p>
          <w:p w14:paraId="67C168CF" w14:textId="77777777" w:rsidR="00FB73A8" w:rsidRDefault="00FB73A8" w:rsidP="00C4412C">
            <w:pPr>
              <w:rPr>
                <w:lang w:val="es-ES"/>
              </w:rPr>
            </w:pPr>
          </w:p>
          <w:p w14:paraId="5A6F661E" w14:textId="77777777" w:rsidR="00FB73A8" w:rsidRDefault="00FB73A8" w:rsidP="00C4412C">
            <w:pPr>
              <w:rPr>
                <w:lang w:val="es-ES"/>
              </w:rPr>
            </w:pPr>
          </w:p>
          <w:p w14:paraId="5D2BAAC2" w14:textId="77777777" w:rsidR="00FB73A8" w:rsidRDefault="00FB73A8" w:rsidP="00C4412C">
            <w:pPr>
              <w:rPr>
                <w:lang w:val="es-ES"/>
              </w:rPr>
            </w:pPr>
          </w:p>
          <w:p w14:paraId="6BCA2F3C" w14:textId="77777777" w:rsidR="00FB73A8" w:rsidRDefault="00FB73A8" w:rsidP="00C4412C">
            <w:pPr>
              <w:rPr>
                <w:lang w:val="es-ES"/>
              </w:rPr>
            </w:pPr>
          </w:p>
          <w:p w14:paraId="29E8A483" w14:textId="77777777" w:rsidR="00FB73A8" w:rsidRDefault="00FB73A8" w:rsidP="00C4412C">
            <w:pPr>
              <w:rPr>
                <w:lang w:val="es-ES"/>
              </w:rPr>
            </w:pPr>
          </w:p>
          <w:p w14:paraId="4A3F7F48" w14:textId="77777777" w:rsidR="00FB73A8" w:rsidRDefault="00FB73A8" w:rsidP="00C4412C">
            <w:pPr>
              <w:rPr>
                <w:lang w:val="es-ES"/>
              </w:rPr>
            </w:pPr>
          </w:p>
          <w:p w14:paraId="652B38B1" w14:textId="77777777" w:rsidR="00FB73A8" w:rsidRDefault="00FB73A8" w:rsidP="00C4412C">
            <w:pPr>
              <w:rPr>
                <w:lang w:val="es-ES"/>
              </w:rPr>
            </w:pPr>
          </w:p>
          <w:p w14:paraId="7223207A" w14:textId="77777777" w:rsidR="00FB73A8" w:rsidRDefault="00FB73A8" w:rsidP="00C4412C">
            <w:pPr>
              <w:rPr>
                <w:lang w:val="es-ES"/>
              </w:rPr>
            </w:pPr>
          </w:p>
          <w:p w14:paraId="02F29601" w14:textId="77777777" w:rsidR="00FB73A8" w:rsidRDefault="00FB73A8" w:rsidP="00C4412C">
            <w:pPr>
              <w:rPr>
                <w:lang w:val="es-ES"/>
              </w:rPr>
            </w:pPr>
          </w:p>
          <w:p w14:paraId="2A800211" w14:textId="77777777" w:rsidR="00FB73A8" w:rsidRDefault="00FB73A8" w:rsidP="00C4412C">
            <w:pPr>
              <w:rPr>
                <w:lang w:val="es-ES"/>
              </w:rPr>
            </w:pPr>
          </w:p>
          <w:p w14:paraId="12EDF75C" w14:textId="77777777" w:rsidR="00FB73A8" w:rsidRDefault="00FB73A8" w:rsidP="00C4412C">
            <w:pPr>
              <w:rPr>
                <w:lang w:val="es-ES"/>
              </w:rPr>
            </w:pPr>
          </w:p>
          <w:p w14:paraId="35D5D655" w14:textId="77777777" w:rsidR="00FB73A8" w:rsidRDefault="00FB73A8" w:rsidP="00C4412C">
            <w:pPr>
              <w:rPr>
                <w:lang w:val="es-ES"/>
              </w:rPr>
            </w:pPr>
          </w:p>
          <w:p w14:paraId="0DC326B5" w14:textId="77777777" w:rsidR="00FB73A8" w:rsidRDefault="00FB73A8" w:rsidP="00C4412C">
            <w:pPr>
              <w:rPr>
                <w:lang w:val="es-ES"/>
              </w:rPr>
            </w:pPr>
          </w:p>
          <w:p w14:paraId="1FEF0609" w14:textId="77777777" w:rsidR="00FB73A8" w:rsidRDefault="00FB73A8" w:rsidP="00C4412C">
            <w:pPr>
              <w:rPr>
                <w:lang w:val="es-ES"/>
              </w:rPr>
            </w:pPr>
          </w:p>
          <w:p w14:paraId="0B252C0B" w14:textId="77777777" w:rsidR="00FB73A8" w:rsidRDefault="00FB73A8" w:rsidP="00C4412C">
            <w:pPr>
              <w:rPr>
                <w:lang w:val="es-ES"/>
              </w:rPr>
            </w:pPr>
          </w:p>
          <w:p w14:paraId="15735D6D" w14:textId="77777777" w:rsidR="00FB73A8" w:rsidRDefault="00FB73A8" w:rsidP="00C4412C">
            <w:pPr>
              <w:rPr>
                <w:lang w:val="es-ES"/>
              </w:rPr>
            </w:pPr>
          </w:p>
          <w:p w14:paraId="2BDE212D" w14:textId="77777777" w:rsidR="00FB73A8" w:rsidRDefault="00FB73A8" w:rsidP="00C4412C">
            <w:pPr>
              <w:rPr>
                <w:lang w:val="es-ES"/>
              </w:rPr>
            </w:pPr>
          </w:p>
          <w:p w14:paraId="67CF2C62" w14:textId="77777777" w:rsidR="00FB73A8" w:rsidRDefault="00FB73A8" w:rsidP="00C4412C">
            <w:pPr>
              <w:rPr>
                <w:lang w:val="es-ES"/>
              </w:rPr>
            </w:pPr>
          </w:p>
          <w:p w14:paraId="5890988F" w14:textId="77777777" w:rsidR="00FB73A8" w:rsidRDefault="00FB73A8" w:rsidP="00C4412C">
            <w:pPr>
              <w:rPr>
                <w:lang w:val="es-ES"/>
              </w:rPr>
            </w:pPr>
          </w:p>
          <w:p w14:paraId="41D3986E" w14:textId="77777777" w:rsidR="00FB73A8" w:rsidRDefault="00FB73A8" w:rsidP="00C4412C">
            <w:pPr>
              <w:rPr>
                <w:lang w:val="es-ES"/>
              </w:rPr>
            </w:pPr>
          </w:p>
          <w:p w14:paraId="1E21FF44" w14:textId="77777777" w:rsidR="00FB73A8" w:rsidRDefault="00FB73A8" w:rsidP="00C4412C">
            <w:pPr>
              <w:rPr>
                <w:lang w:val="es-ES"/>
              </w:rPr>
            </w:pPr>
          </w:p>
          <w:p w14:paraId="5F978EAF" w14:textId="77777777" w:rsidR="00FB73A8" w:rsidRDefault="00FB73A8" w:rsidP="00C4412C">
            <w:pPr>
              <w:rPr>
                <w:lang w:val="es-ES"/>
              </w:rPr>
            </w:pPr>
          </w:p>
          <w:p w14:paraId="2E029EFC" w14:textId="77777777" w:rsidR="00FB73A8" w:rsidRDefault="00FB73A8" w:rsidP="00C4412C">
            <w:pPr>
              <w:rPr>
                <w:lang w:val="es-ES"/>
              </w:rPr>
            </w:pPr>
          </w:p>
          <w:p w14:paraId="6E7B55EA" w14:textId="77777777" w:rsidR="00FB73A8" w:rsidRDefault="00FB73A8" w:rsidP="00C4412C">
            <w:pPr>
              <w:rPr>
                <w:lang w:val="es-ES"/>
              </w:rPr>
            </w:pPr>
          </w:p>
          <w:p w14:paraId="51C5401C" w14:textId="77777777" w:rsidR="00FB73A8" w:rsidRDefault="00FB73A8" w:rsidP="00C4412C">
            <w:pPr>
              <w:rPr>
                <w:lang w:val="es-ES"/>
              </w:rPr>
            </w:pPr>
          </w:p>
          <w:p w14:paraId="0E172A64" w14:textId="77777777" w:rsidR="00FB73A8" w:rsidRDefault="00FB73A8" w:rsidP="00C4412C">
            <w:pPr>
              <w:rPr>
                <w:lang w:val="es-ES"/>
              </w:rPr>
            </w:pPr>
          </w:p>
          <w:p w14:paraId="12B942BE" w14:textId="77777777" w:rsidR="00FB73A8" w:rsidRDefault="00FB73A8" w:rsidP="00C4412C">
            <w:pPr>
              <w:rPr>
                <w:lang w:val="es-ES"/>
              </w:rPr>
            </w:pPr>
          </w:p>
          <w:p w14:paraId="4B5EBE99" w14:textId="77777777" w:rsidR="00FB73A8" w:rsidRDefault="00FB73A8" w:rsidP="00C4412C">
            <w:pPr>
              <w:rPr>
                <w:lang w:val="es-ES"/>
              </w:rPr>
            </w:pPr>
          </w:p>
          <w:p w14:paraId="2630325A" w14:textId="77777777" w:rsidR="00FB73A8" w:rsidRDefault="00FB73A8" w:rsidP="00C4412C">
            <w:pPr>
              <w:rPr>
                <w:lang w:val="es-ES"/>
              </w:rPr>
            </w:pPr>
          </w:p>
          <w:p w14:paraId="37246863" w14:textId="77777777" w:rsidR="00FB73A8" w:rsidRDefault="00FB73A8" w:rsidP="00C4412C">
            <w:pPr>
              <w:rPr>
                <w:lang w:val="es-ES"/>
              </w:rPr>
            </w:pPr>
          </w:p>
          <w:p w14:paraId="54780CAC" w14:textId="77777777" w:rsidR="00FB73A8" w:rsidRDefault="00FB73A8" w:rsidP="00C4412C">
            <w:pPr>
              <w:rPr>
                <w:lang w:val="es-ES"/>
              </w:rPr>
            </w:pPr>
          </w:p>
          <w:p w14:paraId="0A92CC90" w14:textId="77777777" w:rsidR="00FB73A8" w:rsidRDefault="00FB73A8" w:rsidP="00C4412C">
            <w:pPr>
              <w:rPr>
                <w:lang w:val="es-ES"/>
              </w:rPr>
            </w:pPr>
          </w:p>
          <w:p w14:paraId="45B05804" w14:textId="77777777" w:rsidR="00CA5D92" w:rsidRDefault="00CA5D92" w:rsidP="00C4412C">
            <w:pPr>
              <w:rPr>
                <w:lang w:val="es-ES"/>
              </w:rPr>
            </w:pPr>
          </w:p>
          <w:p w14:paraId="192D5A83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:rsidRPr="00615FED" w14:paraId="71660268" w14:textId="77777777" w:rsidTr="00B95DBB">
        <w:tc>
          <w:tcPr>
            <w:tcW w:w="8592" w:type="dxa"/>
            <w:shd w:val="clear" w:color="auto" w:fill="EEECE1" w:themeFill="background2"/>
          </w:tcPr>
          <w:p w14:paraId="673B84E4" w14:textId="77777777" w:rsidR="00CA5D92" w:rsidRPr="00CA5D92" w:rsidRDefault="00CA5D92" w:rsidP="00C4412C">
            <w:pPr>
              <w:rPr>
                <w:b/>
                <w:bCs/>
                <w:lang w:val="es-ES"/>
              </w:rPr>
            </w:pPr>
            <w:r w:rsidRPr="00CA5D92">
              <w:rPr>
                <w:b/>
                <w:bCs/>
                <w:lang w:val="es-ES"/>
              </w:rPr>
              <w:lastRenderedPageBreak/>
              <w:t>8. Presupuesto</w:t>
            </w:r>
            <w:r>
              <w:rPr>
                <w:b/>
                <w:bCs/>
                <w:lang w:val="es-ES"/>
              </w:rPr>
              <w:t xml:space="preserve"> </w:t>
            </w:r>
            <w:r w:rsidRPr="00615FED">
              <w:rPr>
                <w:lang w:val="es-ES"/>
              </w:rPr>
              <w:t>(máximo 1 página)</w:t>
            </w:r>
          </w:p>
        </w:tc>
      </w:tr>
      <w:tr w:rsidR="00CA5D92" w14:paraId="1791A9DD" w14:textId="77777777" w:rsidTr="00B95DBB">
        <w:tc>
          <w:tcPr>
            <w:tcW w:w="8592" w:type="dxa"/>
          </w:tcPr>
          <w:p w14:paraId="717738FA" w14:textId="77777777" w:rsidR="00CA5D92" w:rsidRDefault="00CA5D92" w:rsidP="00C4412C">
            <w:pPr>
              <w:rPr>
                <w:lang w:val="es-ES"/>
              </w:rPr>
            </w:pPr>
          </w:p>
          <w:p w14:paraId="05D1CFED" w14:textId="77777777" w:rsidR="00CA5D92" w:rsidRDefault="00CA5D92" w:rsidP="00C4412C">
            <w:pPr>
              <w:rPr>
                <w:lang w:val="es-ES"/>
              </w:rPr>
            </w:pPr>
          </w:p>
          <w:p w14:paraId="5D226960" w14:textId="77777777" w:rsidR="00CA5D92" w:rsidRDefault="00CA5D92" w:rsidP="00C4412C">
            <w:pPr>
              <w:rPr>
                <w:lang w:val="es-ES"/>
              </w:rPr>
            </w:pPr>
          </w:p>
          <w:p w14:paraId="0C315D26" w14:textId="77777777" w:rsidR="00CA5D92" w:rsidRDefault="00CA5D92" w:rsidP="00C4412C">
            <w:pPr>
              <w:rPr>
                <w:lang w:val="es-ES"/>
              </w:rPr>
            </w:pPr>
          </w:p>
          <w:p w14:paraId="5CCF230A" w14:textId="77777777" w:rsidR="00CA5D92" w:rsidRDefault="00CA5D92" w:rsidP="00C4412C">
            <w:pPr>
              <w:rPr>
                <w:lang w:val="es-ES"/>
              </w:rPr>
            </w:pPr>
          </w:p>
          <w:p w14:paraId="1180253B" w14:textId="77777777" w:rsidR="00CA5D92" w:rsidRDefault="00CA5D92" w:rsidP="00C4412C">
            <w:pPr>
              <w:rPr>
                <w:lang w:val="es-ES"/>
              </w:rPr>
            </w:pPr>
          </w:p>
          <w:p w14:paraId="7C20FFCD" w14:textId="77777777" w:rsidR="00CA5D92" w:rsidRDefault="00CA5D92" w:rsidP="00C4412C">
            <w:pPr>
              <w:rPr>
                <w:lang w:val="es-ES"/>
              </w:rPr>
            </w:pPr>
          </w:p>
          <w:p w14:paraId="19026498" w14:textId="77777777" w:rsidR="00CA5D92" w:rsidRDefault="00CA5D92" w:rsidP="00C4412C">
            <w:pPr>
              <w:rPr>
                <w:lang w:val="es-ES"/>
              </w:rPr>
            </w:pPr>
          </w:p>
          <w:p w14:paraId="0BD9DE48" w14:textId="77777777" w:rsidR="00CA5D92" w:rsidRDefault="00CA5D92" w:rsidP="00C4412C">
            <w:pPr>
              <w:rPr>
                <w:lang w:val="es-ES"/>
              </w:rPr>
            </w:pPr>
          </w:p>
          <w:p w14:paraId="4B4BF422" w14:textId="77777777" w:rsidR="00FB73A8" w:rsidRDefault="00FB73A8" w:rsidP="00C4412C">
            <w:pPr>
              <w:rPr>
                <w:lang w:val="es-ES"/>
              </w:rPr>
            </w:pPr>
          </w:p>
          <w:p w14:paraId="586B460D" w14:textId="77777777" w:rsidR="00FB73A8" w:rsidRDefault="00FB73A8" w:rsidP="00C4412C">
            <w:pPr>
              <w:rPr>
                <w:lang w:val="es-ES"/>
              </w:rPr>
            </w:pPr>
          </w:p>
          <w:p w14:paraId="40313970" w14:textId="77777777" w:rsidR="00CA5D92" w:rsidRDefault="00CA5D92" w:rsidP="00C4412C">
            <w:pPr>
              <w:rPr>
                <w:lang w:val="es-ES"/>
              </w:rPr>
            </w:pPr>
          </w:p>
          <w:p w14:paraId="3B7549E4" w14:textId="77777777" w:rsidR="00CA5D92" w:rsidRDefault="00CA5D92" w:rsidP="00C4412C">
            <w:pPr>
              <w:rPr>
                <w:lang w:val="es-ES"/>
              </w:rPr>
            </w:pPr>
          </w:p>
          <w:p w14:paraId="1DA07F41" w14:textId="77777777" w:rsidR="00CA5D92" w:rsidRDefault="00CA5D92" w:rsidP="00C4412C">
            <w:pPr>
              <w:rPr>
                <w:lang w:val="es-ES"/>
              </w:rPr>
            </w:pPr>
          </w:p>
          <w:p w14:paraId="313EA8C5" w14:textId="77777777" w:rsidR="00CA5D92" w:rsidRDefault="00CA5D92" w:rsidP="00C4412C">
            <w:pPr>
              <w:rPr>
                <w:lang w:val="es-ES"/>
              </w:rPr>
            </w:pPr>
          </w:p>
          <w:p w14:paraId="4BDD6455" w14:textId="77777777" w:rsidR="00CA5D92" w:rsidRDefault="00CA5D92" w:rsidP="00C4412C">
            <w:pPr>
              <w:rPr>
                <w:lang w:val="es-ES"/>
              </w:rPr>
            </w:pPr>
          </w:p>
          <w:p w14:paraId="075EF7C2" w14:textId="77777777" w:rsidR="00CA5D92" w:rsidRDefault="00CA5D92" w:rsidP="00C4412C">
            <w:pPr>
              <w:rPr>
                <w:lang w:val="es-ES"/>
              </w:rPr>
            </w:pPr>
          </w:p>
          <w:p w14:paraId="61539003" w14:textId="77777777" w:rsidR="00CA5D92" w:rsidRDefault="00CA5D92" w:rsidP="00C4412C">
            <w:pPr>
              <w:rPr>
                <w:lang w:val="es-ES"/>
              </w:rPr>
            </w:pPr>
          </w:p>
          <w:p w14:paraId="5DC8A851" w14:textId="77777777" w:rsidR="00CA5D92" w:rsidRDefault="00CA5D92" w:rsidP="00C4412C">
            <w:pPr>
              <w:rPr>
                <w:lang w:val="es-ES"/>
              </w:rPr>
            </w:pPr>
          </w:p>
          <w:p w14:paraId="75EE1479" w14:textId="77777777" w:rsidR="00CA5D92" w:rsidRDefault="00CA5D92" w:rsidP="00C4412C">
            <w:pPr>
              <w:rPr>
                <w:lang w:val="es-ES"/>
              </w:rPr>
            </w:pPr>
          </w:p>
          <w:p w14:paraId="4994591F" w14:textId="77777777" w:rsidR="00CA5D92" w:rsidRDefault="00CA5D92" w:rsidP="00C4412C">
            <w:pPr>
              <w:rPr>
                <w:lang w:val="es-ES"/>
              </w:rPr>
            </w:pPr>
          </w:p>
          <w:p w14:paraId="5B2BDB25" w14:textId="77777777" w:rsidR="00CA5D92" w:rsidRDefault="00CA5D92" w:rsidP="00C4412C">
            <w:pPr>
              <w:rPr>
                <w:lang w:val="es-ES"/>
              </w:rPr>
            </w:pPr>
          </w:p>
          <w:p w14:paraId="3C82EEF6" w14:textId="77777777" w:rsidR="00CA5D92" w:rsidRDefault="00CA5D92" w:rsidP="00C4412C">
            <w:pPr>
              <w:rPr>
                <w:lang w:val="es-ES"/>
              </w:rPr>
            </w:pPr>
          </w:p>
          <w:p w14:paraId="06162904" w14:textId="77777777" w:rsidR="00CA5D92" w:rsidRDefault="00CA5D92" w:rsidP="00C4412C">
            <w:pPr>
              <w:rPr>
                <w:lang w:val="es-ES"/>
              </w:rPr>
            </w:pPr>
          </w:p>
          <w:p w14:paraId="1B30232C" w14:textId="77777777" w:rsidR="00CA5D92" w:rsidRDefault="00CA5D92" w:rsidP="00C4412C">
            <w:pPr>
              <w:rPr>
                <w:lang w:val="es-ES"/>
              </w:rPr>
            </w:pPr>
          </w:p>
          <w:p w14:paraId="20C2029D" w14:textId="77777777" w:rsidR="00CA5D92" w:rsidRDefault="00CA5D92" w:rsidP="00C4412C">
            <w:pPr>
              <w:rPr>
                <w:lang w:val="es-ES"/>
              </w:rPr>
            </w:pPr>
          </w:p>
          <w:p w14:paraId="4DEAFA48" w14:textId="77777777" w:rsidR="00CA5D92" w:rsidRDefault="00CA5D92" w:rsidP="00C4412C">
            <w:pPr>
              <w:rPr>
                <w:lang w:val="es-ES"/>
              </w:rPr>
            </w:pPr>
          </w:p>
          <w:p w14:paraId="4A906D4E" w14:textId="77777777" w:rsidR="00CA5D92" w:rsidRDefault="00CA5D92" w:rsidP="00C4412C">
            <w:pPr>
              <w:rPr>
                <w:lang w:val="es-ES"/>
              </w:rPr>
            </w:pPr>
          </w:p>
          <w:p w14:paraId="21BE1850" w14:textId="77777777" w:rsidR="00CA5D92" w:rsidRDefault="00CA5D92" w:rsidP="00C4412C">
            <w:pPr>
              <w:rPr>
                <w:lang w:val="es-ES"/>
              </w:rPr>
            </w:pPr>
          </w:p>
          <w:p w14:paraId="14B779C6" w14:textId="77777777" w:rsidR="00CA5D92" w:rsidRDefault="00CA5D92" w:rsidP="00C4412C">
            <w:pPr>
              <w:rPr>
                <w:lang w:val="es-ES"/>
              </w:rPr>
            </w:pPr>
          </w:p>
          <w:p w14:paraId="5DC76A0F" w14:textId="77777777" w:rsidR="00CA5D92" w:rsidRDefault="00CA5D92" w:rsidP="00C4412C">
            <w:pPr>
              <w:rPr>
                <w:lang w:val="es-ES"/>
              </w:rPr>
            </w:pPr>
          </w:p>
          <w:p w14:paraId="463CA614" w14:textId="77777777" w:rsidR="00CA5D92" w:rsidRDefault="00CA5D92" w:rsidP="00C4412C">
            <w:pPr>
              <w:rPr>
                <w:lang w:val="es-ES"/>
              </w:rPr>
            </w:pPr>
          </w:p>
          <w:p w14:paraId="1FBC24EF" w14:textId="77777777" w:rsidR="00CA5D92" w:rsidRDefault="00CA5D92" w:rsidP="00C4412C">
            <w:pPr>
              <w:rPr>
                <w:lang w:val="es-ES"/>
              </w:rPr>
            </w:pPr>
          </w:p>
          <w:p w14:paraId="0FE1AC3C" w14:textId="77777777" w:rsidR="00CA5D92" w:rsidRDefault="00CA5D92" w:rsidP="00C4412C">
            <w:pPr>
              <w:rPr>
                <w:lang w:val="es-ES"/>
              </w:rPr>
            </w:pPr>
          </w:p>
          <w:p w14:paraId="5F99313E" w14:textId="77777777" w:rsidR="00CA5D92" w:rsidRDefault="00CA5D92" w:rsidP="00C4412C">
            <w:pPr>
              <w:rPr>
                <w:lang w:val="es-ES"/>
              </w:rPr>
            </w:pPr>
          </w:p>
          <w:p w14:paraId="13030140" w14:textId="77777777" w:rsidR="00CA5D92" w:rsidRDefault="00CA5D92" w:rsidP="00C4412C">
            <w:pPr>
              <w:rPr>
                <w:lang w:val="es-ES"/>
              </w:rPr>
            </w:pPr>
          </w:p>
          <w:p w14:paraId="7553B309" w14:textId="77777777" w:rsidR="00CA5D92" w:rsidRDefault="00CA5D92" w:rsidP="00C4412C">
            <w:pPr>
              <w:rPr>
                <w:lang w:val="es-ES"/>
              </w:rPr>
            </w:pPr>
          </w:p>
          <w:p w14:paraId="270868B7" w14:textId="77777777" w:rsidR="00CA5D92" w:rsidRDefault="00CA5D92" w:rsidP="00C4412C">
            <w:pPr>
              <w:rPr>
                <w:lang w:val="es-ES"/>
              </w:rPr>
            </w:pPr>
          </w:p>
          <w:p w14:paraId="08A6057B" w14:textId="77777777" w:rsidR="00CA5D92" w:rsidRDefault="00CA5D92" w:rsidP="00C4412C">
            <w:pPr>
              <w:rPr>
                <w:lang w:val="es-ES"/>
              </w:rPr>
            </w:pPr>
          </w:p>
          <w:p w14:paraId="642D00B8" w14:textId="77777777" w:rsidR="00CA5D92" w:rsidRDefault="00CA5D92" w:rsidP="00C4412C">
            <w:pPr>
              <w:rPr>
                <w:lang w:val="es-ES"/>
              </w:rPr>
            </w:pPr>
          </w:p>
          <w:p w14:paraId="2D818629" w14:textId="77777777" w:rsidR="00CA5D92" w:rsidRDefault="00CA5D92" w:rsidP="00C4412C">
            <w:pPr>
              <w:rPr>
                <w:lang w:val="es-ES"/>
              </w:rPr>
            </w:pPr>
          </w:p>
          <w:p w14:paraId="5D049B46" w14:textId="77777777" w:rsidR="00CA5D92" w:rsidRDefault="00CA5D92" w:rsidP="00C4412C">
            <w:pPr>
              <w:rPr>
                <w:lang w:val="es-ES"/>
              </w:rPr>
            </w:pPr>
          </w:p>
          <w:p w14:paraId="14C5B81B" w14:textId="77777777" w:rsidR="00CA5D92" w:rsidRDefault="00CA5D92" w:rsidP="00C4412C">
            <w:pPr>
              <w:rPr>
                <w:lang w:val="es-ES"/>
              </w:rPr>
            </w:pPr>
          </w:p>
          <w:p w14:paraId="003497F7" w14:textId="77777777" w:rsidR="00CA5D92" w:rsidRDefault="00CA5D92" w:rsidP="00C4412C">
            <w:pPr>
              <w:rPr>
                <w:lang w:val="es-ES"/>
              </w:rPr>
            </w:pPr>
          </w:p>
          <w:p w14:paraId="7CB67C06" w14:textId="77777777" w:rsidR="00CA5D92" w:rsidRDefault="00CA5D92" w:rsidP="00C4412C">
            <w:pPr>
              <w:rPr>
                <w:lang w:val="es-ES"/>
              </w:rPr>
            </w:pPr>
          </w:p>
          <w:p w14:paraId="7FC0F334" w14:textId="77777777" w:rsidR="00CA5D92" w:rsidRDefault="00CA5D92" w:rsidP="00C4412C">
            <w:pPr>
              <w:rPr>
                <w:lang w:val="es-ES"/>
              </w:rPr>
            </w:pPr>
          </w:p>
          <w:p w14:paraId="283F183D" w14:textId="77777777" w:rsidR="00CA5D92" w:rsidRDefault="00CA5D92" w:rsidP="00C4412C">
            <w:pPr>
              <w:rPr>
                <w:lang w:val="es-ES"/>
              </w:rPr>
            </w:pPr>
          </w:p>
        </w:tc>
      </w:tr>
      <w:tr w:rsidR="00CA5D92" w:rsidRPr="00231B8F" w14:paraId="6C0B7096" w14:textId="77777777" w:rsidTr="009442CC">
        <w:tc>
          <w:tcPr>
            <w:tcW w:w="8592" w:type="dxa"/>
            <w:shd w:val="clear" w:color="auto" w:fill="EEECE1" w:themeFill="background2"/>
          </w:tcPr>
          <w:p w14:paraId="3422BFB3" w14:textId="77777777" w:rsidR="00CA5D92" w:rsidRPr="00CA5D92" w:rsidRDefault="00CA5D92" w:rsidP="00CA5D92">
            <w:pPr>
              <w:rPr>
                <w:b/>
                <w:bCs/>
                <w:lang w:val="es-ES"/>
              </w:rPr>
            </w:pPr>
            <w:r w:rsidRPr="00CA5D92">
              <w:rPr>
                <w:b/>
                <w:bCs/>
                <w:lang w:val="es-ES"/>
              </w:rPr>
              <w:lastRenderedPageBreak/>
              <w:t>9. Anexo</w:t>
            </w:r>
          </w:p>
          <w:p w14:paraId="4A2E449F" w14:textId="70A48943" w:rsidR="00CA5D92" w:rsidRPr="00B0304D" w:rsidRDefault="00CA5D92" w:rsidP="00C4412C">
            <w:pPr>
              <w:rPr>
                <w:lang w:val="es-ES"/>
              </w:rPr>
            </w:pPr>
            <w:r w:rsidRPr="00B0304D">
              <w:rPr>
                <w:lang w:val="es-ES"/>
              </w:rPr>
              <w:t>Perfiles de los miembros del equipo (CV resumido):</w:t>
            </w:r>
          </w:p>
        </w:tc>
      </w:tr>
      <w:tr w:rsidR="00CA5D92" w:rsidRPr="00231B8F" w14:paraId="54BB93EC" w14:textId="77777777" w:rsidTr="009442CC">
        <w:tc>
          <w:tcPr>
            <w:tcW w:w="8592" w:type="dxa"/>
          </w:tcPr>
          <w:p w14:paraId="0DEB08C1" w14:textId="77777777" w:rsidR="00CA5D92" w:rsidRDefault="00CA5D92" w:rsidP="00C4412C">
            <w:pPr>
              <w:rPr>
                <w:lang w:val="es-ES"/>
              </w:rPr>
            </w:pPr>
          </w:p>
          <w:p w14:paraId="0CBB9B13" w14:textId="77777777" w:rsidR="00CA5D92" w:rsidRDefault="00CA5D92" w:rsidP="00C4412C">
            <w:pPr>
              <w:rPr>
                <w:lang w:val="es-ES"/>
              </w:rPr>
            </w:pPr>
          </w:p>
          <w:p w14:paraId="1438DBE8" w14:textId="77777777" w:rsidR="00CA5D92" w:rsidRDefault="00CA5D92" w:rsidP="00C4412C">
            <w:pPr>
              <w:rPr>
                <w:lang w:val="es-ES"/>
              </w:rPr>
            </w:pPr>
          </w:p>
          <w:p w14:paraId="64590901" w14:textId="77777777" w:rsidR="00CA5D92" w:rsidRDefault="00CA5D92" w:rsidP="00C4412C">
            <w:pPr>
              <w:rPr>
                <w:lang w:val="es-ES"/>
              </w:rPr>
            </w:pPr>
          </w:p>
          <w:p w14:paraId="46BB4E45" w14:textId="77777777" w:rsidR="00CA5D92" w:rsidRDefault="00CA5D92" w:rsidP="00C4412C">
            <w:pPr>
              <w:rPr>
                <w:lang w:val="es-ES"/>
              </w:rPr>
            </w:pPr>
          </w:p>
          <w:p w14:paraId="1AB67DEB" w14:textId="77777777" w:rsidR="00CA5D92" w:rsidRDefault="00CA5D92" w:rsidP="00C4412C">
            <w:pPr>
              <w:rPr>
                <w:lang w:val="es-ES"/>
              </w:rPr>
            </w:pPr>
          </w:p>
          <w:p w14:paraId="66095378" w14:textId="77777777" w:rsidR="00CA5D92" w:rsidRDefault="00CA5D92" w:rsidP="00C4412C">
            <w:pPr>
              <w:rPr>
                <w:lang w:val="es-ES"/>
              </w:rPr>
            </w:pPr>
          </w:p>
          <w:p w14:paraId="0ED41E27" w14:textId="77777777" w:rsidR="00CA5D92" w:rsidRDefault="00CA5D92" w:rsidP="00C4412C">
            <w:pPr>
              <w:rPr>
                <w:lang w:val="es-ES"/>
              </w:rPr>
            </w:pPr>
          </w:p>
          <w:p w14:paraId="7A9585CC" w14:textId="77777777" w:rsidR="00CA5D92" w:rsidRDefault="00CA5D92" w:rsidP="00C4412C">
            <w:pPr>
              <w:rPr>
                <w:lang w:val="es-ES"/>
              </w:rPr>
            </w:pPr>
          </w:p>
          <w:p w14:paraId="553AD5D3" w14:textId="77777777" w:rsidR="00CA5D92" w:rsidRDefault="00CA5D92" w:rsidP="00C4412C">
            <w:pPr>
              <w:rPr>
                <w:lang w:val="es-ES"/>
              </w:rPr>
            </w:pPr>
          </w:p>
          <w:p w14:paraId="4D29DD16" w14:textId="77777777" w:rsidR="00CA5D92" w:rsidRDefault="00CA5D92" w:rsidP="00C4412C">
            <w:pPr>
              <w:rPr>
                <w:lang w:val="es-ES"/>
              </w:rPr>
            </w:pPr>
          </w:p>
          <w:p w14:paraId="5A13823D" w14:textId="77777777" w:rsidR="00CA5D92" w:rsidRDefault="00CA5D92" w:rsidP="00C4412C">
            <w:pPr>
              <w:rPr>
                <w:lang w:val="es-ES"/>
              </w:rPr>
            </w:pPr>
          </w:p>
          <w:p w14:paraId="3978318E" w14:textId="77777777" w:rsidR="00CA5D92" w:rsidRDefault="00CA5D92" w:rsidP="00C4412C">
            <w:pPr>
              <w:rPr>
                <w:lang w:val="es-ES"/>
              </w:rPr>
            </w:pPr>
          </w:p>
          <w:p w14:paraId="5311F4CB" w14:textId="77777777" w:rsidR="00CA5D92" w:rsidRDefault="00CA5D92" w:rsidP="00C4412C">
            <w:pPr>
              <w:rPr>
                <w:lang w:val="es-ES"/>
              </w:rPr>
            </w:pPr>
          </w:p>
          <w:p w14:paraId="72E8F246" w14:textId="77777777" w:rsidR="00CA5D92" w:rsidRDefault="00CA5D92" w:rsidP="00C4412C">
            <w:pPr>
              <w:rPr>
                <w:lang w:val="es-ES"/>
              </w:rPr>
            </w:pPr>
          </w:p>
          <w:p w14:paraId="6DA36229" w14:textId="77777777" w:rsidR="00CA5D92" w:rsidRDefault="00CA5D92" w:rsidP="00C4412C">
            <w:pPr>
              <w:rPr>
                <w:lang w:val="es-ES"/>
              </w:rPr>
            </w:pPr>
          </w:p>
          <w:p w14:paraId="2FF9AD1E" w14:textId="77777777" w:rsidR="00CA5D92" w:rsidRDefault="00CA5D92" w:rsidP="00C4412C">
            <w:pPr>
              <w:rPr>
                <w:lang w:val="es-ES"/>
              </w:rPr>
            </w:pPr>
          </w:p>
          <w:p w14:paraId="187312DF" w14:textId="77777777" w:rsidR="00CA5D92" w:rsidRDefault="00CA5D92" w:rsidP="00C4412C">
            <w:pPr>
              <w:rPr>
                <w:lang w:val="es-ES"/>
              </w:rPr>
            </w:pPr>
          </w:p>
          <w:p w14:paraId="1A7ECFD9" w14:textId="77777777" w:rsidR="00626C56" w:rsidRDefault="00626C56" w:rsidP="00C4412C">
            <w:pPr>
              <w:rPr>
                <w:lang w:val="es-ES"/>
              </w:rPr>
            </w:pPr>
          </w:p>
          <w:p w14:paraId="120ADB67" w14:textId="77777777" w:rsidR="00626C56" w:rsidRDefault="00626C56" w:rsidP="00C4412C">
            <w:pPr>
              <w:rPr>
                <w:lang w:val="es-ES"/>
              </w:rPr>
            </w:pPr>
          </w:p>
          <w:p w14:paraId="37549116" w14:textId="77777777" w:rsidR="00626C56" w:rsidRDefault="00626C56" w:rsidP="00C4412C">
            <w:pPr>
              <w:rPr>
                <w:lang w:val="es-ES"/>
              </w:rPr>
            </w:pPr>
          </w:p>
          <w:p w14:paraId="27C005BE" w14:textId="77777777" w:rsidR="00626C56" w:rsidRDefault="00626C56" w:rsidP="00C4412C">
            <w:pPr>
              <w:rPr>
                <w:lang w:val="es-ES"/>
              </w:rPr>
            </w:pPr>
          </w:p>
          <w:p w14:paraId="11A7A69E" w14:textId="77777777" w:rsidR="00CA5D92" w:rsidRDefault="00CA5D92" w:rsidP="00C4412C">
            <w:pPr>
              <w:rPr>
                <w:lang w:val="es-ES"/>
              </w:rPr>
            </w:pPr>
          </w:p>
          <w:p w14:paraId="67AFB850" w14:textId="77777777" w:rsidR="00CA5D92" w:rsidRDefault="00CA5D92" w:rsidP="00C4412C">
            <w:pPr>
              <w:rPr>
                <w:lang w:val="es-ES"/>
              </w:rPr>
            </w:pPr>
          </w:p>
          <w:p w14:paraId="5B3EC8C0" w14:textId="77777777" w:rsidR="00CA5D92" w:rsidRDefault="00CA5D92" w:rsidP="00C4412C">
            <w:pPr>
              <w:rPr>
                <w:lang w:val="es-ES"/>
              </w:rPr>
            </w:pPr>
          </w:p>
          <w:p w14:paraId="05483412" w14:textId="77777777" w:rsidR="00CA5D92" w:rsidRDefault="00CA5D92" w:rsidP="00C4412C">
            <w:pPr>
              <w:rPr>
                <w:lang w:val="es-ES"/>
              </w:rPr>
            </w:pPr>
          </w:p>
          <w:p w14:paraId="3E024897" w14:textId="77777777" w:rsidR="00CA5D92" w:rsidRDefault="00CA5D92" w:rsidP="00C4412C">
            <w:pPr>
              <w:rPr>
                <w:lang w:val="es-ES"/>
              </w:rPr>
            </w:pPr>
          </w:p>
          <w:p w14:paraId="78A7AF94" w14:textId="77777777" w:rsidR="00CA5D92" w:rsidRDefault="00CA5D92" w:rsidP="00C4412C">
            <w:pPr>
              <w:rPr>
                <w:lang w:val="es-ES"/>
              </w:rPr>
            </w:pPr>
          </w:p>
          <w:p w14:paraId="5407C217" w14:textId="77777777" w:rsidR="00CA5D92" w:rsidRDefault="00CA5D92" w:rsidP="00C4412C">
            <w:pPr>
              <w:rPr>
                <w:lang w:val="es-ES"/>
              </w:rPr>
            </w:pPr>
          </w:p>
          <w:p w14:paraId="48ADD9FA" w14:textId="77777777" w:rsidR="00CA5D92" w:rsidRDefault="00CA5D92" w:rsidP="00C4412C">
            <w:pPr>
              <w:rPr>
                <w:lang w:val="es-ES"/>
              </w:rPr>
            </w:pPr>
          </w:p>
          <w:p w14:paraId="50901BB1" w14:textId="77777777" w:rsidR="00CA5D92" w:rsidRDefault="00CA5D92" w:rsidP="00C4412C">
            <w:pPr>
              <w:rPr>
                <w:lang w:val="es-ES"/>
              </w:rPr>
            </w:pPr>
          </w:p>
          <w:p w14:paraId="43834744" w14:textId="77777777" w:rsidR="00CA5D92" w:rsidRDefault="00CA5D92" w:rsidP="00C4412C">
            <w:pPr>
              <w:rPr>
                <w:lang w:val="es-ES"/>
              </w:rPr>
            </w:pPr>
          </w:p>
          <w:p w14:paraId="1E51E01C" w14:textId="77777777" w:rsidR="00CA5D92" w:rsidRDefault="00CA5D92" w:rsidP="00C4412C">
            <w:pPr>
              <w:rPr>
                <w:lang w:val="es-ES"/>
              </w:rPr>
            </w:pPr>
          </w:p>
          <w:p w14:paraId="33342BE8" w14:textId="77777777" w:rsidR="00CA5D92" w:rsidRDefault="00CA5D92" w:rsidP="00C4412C">
            <w:pPr>
              <w:rPr>
                <w:lang w:val="es-ES"/>
              </w:rPr>
            </w:pPr>
          </w:p>
          <w:p w14:paraId="73853134" w14:textId="77777777" w:rsidR="00CA5D92" w:rsidRDefault="00CA5D92" w:rsidP="00C4412C">
            <w:pPr>
              <w:rPr>
                <w:lang w:val="es-ES"/>
              </w:rPr>
            </w:pPr>
          </w:p>
          <w:p w14:paraId="57BD947F" w14:textId="77777777" w:rsidR="00CA5D92" w:rsidRDefault="00CA5D92" w:rsidP="00C4412C">
            <w:pPr>
              <w:rPr>
                <w:lang w:val="es-ES"/>
              </w:rPr>
            </w:pPr>
          </w:p>
          <w:p w14:paraId="1EF6A8AD" w14:textId="77777777" w:rsidR="00CA5D92" w:rsidRDefault="00CA5D92" w:rsidP="00C4412C">
            <w:pPr>
              <w:rPr>
                <w:lang w:val="es-ES"/>
              </w:rPr>
            </w:pPr>
          </w:p>
          <w:p w14:paraId="77B1B4D5" w14:textId="77777777" w:rsidR="00CA5D92" w:rsidRDefault="00CA5D92" w:rsidP="00C4412C">
            <w:pPr>
              <w:rPr>
                <w:lang w:val="es-ES"/>
              </w:rPr>
            </w:pPr>
          </w:p>
          <w:p w14:paraId="77735439" w14:textId="77777777" w:rsidR="00CA5D92" w:rsidRDefault="00CA5D92" w:rsidP="00C4412C">
            <w:pPr>
              <w:rPr>
                <w:lang w:val="es-ES"/>
              </w:rPr>
            </w:pPr>
          </w:p>
          <w:p w14:paraId="1E7310DC" w14:textId="77777777" w:rsidR="00CA5D92" w:rsidRDefault="00CA5D92" w:rsidP="00C4412C">
            <w:pPr>
              <w:rPr>
                <w:lang w:val="es-ES"/>
              </w:rPr>
            </w:pPr>
          </w:p>
          <w:p w14:paraId="3F5A8F07" w14:textId="77777777" w:rsidR="00CA5D92" w:rsidRDefault="00CA5D92" w:rsidP="00C4412C">
            <w:pPr>
              <w:rPr>
                <w:lang w:val="es-ES"/>
              </w:rPr>
            </w:pPr>
          </w:p>
          <w:p w14:paraId="102DE7D9" w14:textId="77777777" w:rsidR="00CA5D92" w:rsidRDefault="00CA5D92" w:rsidP="00C4412C">
            <w:pPr>
              <w:rPr>
                <w:lang w:val="es-ES"/>
              </w:rPr>
            </w:pPr>
          </w:p>
          <w:p w14:paraId="4C241D50" w14:textId="77777777" w:rsidR="00CA5D92" w:rsidRDefault="00CA5D92" w:rsidP="00C4412C">
            <w:pPr>
              <w:rPr>
                <w:lang w:val="es-ES"/>
              </w:rPr>
            </w:pPr>
          </w:p>
          <w:p w14:paraId="208569B8" w14:textId="77777777" w:rsidR="00CA5D92" w:rsidRDefault="00CA5D92" w:rsidP="00C4412C">
            <w:pPr>
              <w:rPr>
                <w:lang w:val="es-ES"/>
              </w:rPr>
            </w:pPr>
          </w:p>
          <w:p w14:paraId="393581A6" w14:textId="77777777" w:rsidR="00CA5D92" w:rsidRDefault="00CA5D92" w:rsidP="00C4412C">
            <w:pPr>
              <w:rPr>
                <w:lang w:val="es-ES"/>
              </w:rPr>
            </w:pPr>
          </w:p>
        </w:tc>
      </w:tr>
    </w:tbl>
    <w:p w14:paraId="1CD1D4B4" w14:textId="77777777" w:rsidR="00CA5D92" w:rsidRDefault="00CA5D92">
      <w:pPr>
        <w:rPr>
          <w:lang w:val="es-ES"/>
        </w:rPr>
      </w:pPr>
    </w:p>
    <w:sectPr w:rsidR="00CA5D92" w:rsidSect="00231B8F">
      <w:headerReference w:type="default" r:id="rId11"/>
      <w:pgSz w:w="12240" w:h="15840"/>
      <w:pgMar w:top="1560" w:right="1800" w:bottom="1440" w:left="180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09D68" w14:textId="77777777" w:rsidR="00095D9E" w:rsidRDefault="00095D9E" w:rsidP="00615FED">
      <w:pPr>
        <w:spacing w:after="0" w:line="240" w:lineRule="auto"/>
      </w:pPr>
      <w:r>
        <w:separator/>
      </w:r>
    </w:p>
  </w:endnote>
  <w:endnote w:type="continuationSeparator" w:id="0">
    <w:p w14:paraId="5157EB79" w14:textId="77777777" w:rsidR="00095D9E" w:rsidRDefault="00095D9E" w:rsidP="00615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ABA07" w14:textId="77777777" w:rsidR="00095D9E" w:rsidRDefault="00095D9E" w:rsidP="00615FED">
      <w:pPr>
        <w:spacing w:after="0" w:line="240" w:lineRule="auto"/>
      </w:pPr>
      <w:r>
        <w:separator/>
      </w:r>
    </w:p>
  </w:footnote>
  <w:footnote w:type="continuationSeparator" w:id="0">
    <w:p w14:paraId="0EB71E73" w14:textId="77777777" w:rsidR="00095D9E" w:rsidRDefault="00095D9E" w:rsidP="00615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81DD0" w14:textId="77777777" w:rsidR="00231B8F" w:rsidRDefault="00231B8F" w:rsidP="00231B8F">
    <w:pPr>
      <w:pStyle w:val="Header"/>
    </w:pP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26898AEE" wp14:editId="05A3A315">
          <wp:simplePos x="0" y="0"/>
          <wp:positionH relativeFrom="page">
            <wp:posOffset>5305104</wp:posOffset>
          </wp:positionH>
          <wp:positionV relativeFrom="page">
            <wp:posOffset>270399</wp:posOffset>
          </wp:positionV>
          <wp:extent cx="473710" cy="567055"/>
          <wp:effectExtent l="0" t="0" r="2540" b="4445"/>
          <wp:wrapNone/>
          <wp:docPr id="1386194783" name="image11.jpg" descr="Imagen que contiene loza, dibuj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11.jpg" descr="Imagen que contiene loza, dibuj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3710" cy="567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0" distR="0" simplePos="0" relativeHeight="251661312" behindDoc="1" locked="0" layoutInCell="1" hidden="0" allowOverlap="1" wp14:anchorId="71B40F34" wp14:editId="23B82F09">
          <wp:simplePos x="0" y="0"/>
          <wp:positionH relativeFrom="margin">
            <wp:posOffset>3269015</wp:posOffset>
          </wp:positionH>
          <wp:positionV relativeFrom="page">
            <wp:posOffset>290362</wp:posOffset>
          </wp:positionV>
          <wp:extent cx="520700" cy="521970"/>
          <wp:effectExtent l="0" t="0" r="0" b="0"/>
          <wp:wrapNone/>
          <wp:docPr id="2138346951" name="image19.png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19.png" descr="Logotipo&#10;&#10;El contenido generado por IA puede ser incorrec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700" cy="52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0" distR="0" simplePos="0" relativeHeight="251664384" behindDoc="1" locked="0" layoutInCell="1" hidden="0" allowOverlap="1" wp14:anchorId="6BF12A88" wp14:editId="1DF9A170">
          <wp:simplePos x="0" y="0"/>
          <wp:positionH relativeFrom="page">
            <wp:posOffset>3536141</wp:posOffset>
          </wp:positionH>
          <wp:positionV relativeFrom="page">
            <wp:posOffset>288290</wp:posOffset>
          </wp:positionV>
          <wp:extent cx="390525" cy="535940"/>
          <wp:effectExtent l="0" t="0" r="0" b="0"/>
          <wp:wrapNone/>
          <wp:docPr id="766001278" name="image20.jpg" descr="Imagen que contiene alimentos, dibuj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20.jpg" descr="Imagen que contiene alimentos, dibujo&#10;&#10;El contenido generado por IA puede ser incorrecto.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0525" cy="53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0" distR="0" simplePos="0" relativeHeight="251663360" behindDoc="1" locked="0" layoutInCell="1" hidden="0" allowOverlap="1" wp14:anchorId="0CB30D3F" wp14:editId="4C0FEF45">
          <wp:simplePos x="0" y="0"/>
          <wp:positionH relativeFrom="page">
            <wp:posOffset>2589133</wp:posOffset>
          </wp:positionH>
          <wp:positionV relativeFrom="topMargin">
            <wp:posOffset>290830</wp:posOffset>
          </wp:positionV>
          <wp:extent cx="474345" cy="533400"/>
          <wp:effectExtent l="0" t="0" r="1905" b="0"/>
          <wp:wrapNone/>
          <wp:docPr id="631413098" name="image13.png" descr="Un dibujo con letras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13.png" descr="Un dibujo con letras&#10;&#10;El contenido generado por IA puede ser incorrecto.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34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1A5B0B8D" wp14:editId="31D6DFC3">
          <wp:simplePos x="0" y="0"/>
          <wp:positionH relativeFrom="page">
            <wp:posOffset>1134969</wp:posOffset>
          </wp:positionH>
          <wp:positionV relativeFrom="page">
            <wp:posOffset>266009</wp:posOffset>
          </wp:positionV>
          <wp:extent cx="954594" cy="628824"/>
          <wp:effectExtent l="0" t="0" r="0" b="0"/>
          <wp:wrapNone/>
          <wp:docPr id="1375667831" name="image10.png" descr="Imagen que contiene Icon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0.png" descr="Imagen que contiene Icono&#10;&#10;El contenido generado por IA puede ser incorrecto.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594" cy="628824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0" distR="0" simplePos="0" relativeHeight="251662336" behindDoc="1" locked="0" layoutInCell="1" hidden="0" allowOverlap="1" wp14:anchorId="1B5316E1" wp14:editId="5DA183D0">
          <wp:simplePos x="0" y="0"/>
          <wp:positionH relativeFrom="page">
            <wp:posOffset>6214326</wp:posOffset>
          </wp:positionH>
          <wp:positionV relativeFrom="page">
            <wp:posOffset>260887</wp:posOffset>
          </wp:positionV>
          <wp:extent cx="372745" cy="532130"/>
          <wp:effectExtent l="0" t="0" r="8255" b="1270"/>
          <wp:wrapNone/>
          <wp:docPr id="1494325226" name="image16.jpg" descr="Imagen que contiene dibujo, señal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jpg" descr="Imagen que contiene dibujo, señal&#10;&#10;El contenido generado por IA puede ser incorrecto.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745" cy="53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DC7680" w14:textId="77777777" w:rsidR="00231B8F" w:rsidRDefault="00231B8F" w:rsidP="00231B8F">
    <w:pPr>
      <w:pStyle w:val="Header"/>
    </w:pPr>
  </w:p>
  <w:p w14:paraId="5ABAE058" w14:textId="77777777" w:rsidR="00231B8F" w:rsidRDefault="00231B8F" w:rsidP="00231B8F">
    <w:pPr>
      <w:pStyle w:val="Header"/>
    </w:pPr>
  </w:p>
  <w:p w14:paraId="4E3D739F" w14:textId="77777777" w:rsidR="00231B8F" w:rsidRPr="00C4162B" w:rsidRDefault="00231B8F" w:rsidP="00231B8F">
    <w:pPr>
      <w:pStyle w:val="Header"/>
      <w:rPr>
        <w:rFonts w:ascii="Arial" w:hAnsi="Arial" w:cs="Arial"/>
        <w:b/>
        <w:bCs/>
        <w:sz w:val="24"/>
        <w:szCs w:val="24"/>
      </w:rPr>
    </w:pPr>
  </w:p>
  <w:p w14:paraId="248EEB7F" w14:textId="1F875E44" w:rsidR="00615FED" w:rsidRDefault="00615FED" w:rsidP="00615FE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E15CE2"/>
    <w:multiLevelType w:val="hybridMultilevel"/>
    <w:tmpl w:val="EAC669C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4047781">
    <w:abstractNumId w:val="8"/>
  </w:num>
  <w:num w:numId="2" w16cid:durableId="1259025548">
    <w:abstractNumId w:val="6"/>
  </w:num>
  <w:num w:numId="3" w16cid:durableId="1367833638">
    <w:abstractNumId w:val="5"/>
  </w:num>
  <w:num w:numId="4" w16cid:durableId="619073441">
    <w:abstractNumId w:val="4"/>
  </w:num>
  <w:num w:numId="5" w16cid:durableId="1992365438">
    <w:abstractNumId w:val="7"/>
  </w:num>
  <w:num w:numId="6" w16cid:durableId="510218013">
    <w:abstractNumId w:val="3"/>
  </w:num>
  <w:num w:numId="7" w16cid:durableId="862941526">
    <w:abstractNumId w:val="2"/>
  </w:num>
  <w:num w:numId="8" w16cid:durableId="2133160385">
    <w:abstractNumId w:val="1"/>
  </w:num>
  <w:num w:numId="9" w16cid:durableId="1705864983">
    <w:abstractNumId w:val="0"/>
  </w:num>
  <w:num w:numId="10" w16cid:durableId="17200090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5D9E"/>
    <w:rsid w:val="00102311"/>
    <w:rsid w:val="0015074B"/>
    <w:rsid w:val="0019425D"/>
    <w:rsid w:val="00231B8F"/>
    <w:rsid w:val="00281851"/>
    <w:rsid w:val="0029639D"/>
    <w:rsid w:val="00326F90"/>
    <w:rsid w:val="00376F1C"/>
    <w:rsid w:val="00411803"/>
    <w:rsid w:val="00615FED"/>
    <w:rsid w:val="00626C56"/>
    <w:rsid w:val="006B0656"/>
    <w:rsid w:val="00862938"/>
    <w:rsid w:val="009442CC"/>
    <w:rsid w:val="009E5F1B"/>
    <w:rsid w:val="00AA1D8D"/>
    <w:rsid w:val="00AE4AEE"/>
    <w:rsid w:val="00B0304D"/>
    <w:rsid w:val="00B47730"/>
    <w:rsid w:val="00B9030C"/>
    <w:rsid w:val="00B95DBB"/>
    <w:rsid w:val="00CA5D92"/>
    <w:rsid w:val="00CB0664"/>
    <w:rsid w:val="00CF2696"/>
    <w:rsid w:val="00CF79F0"/>
    <w:rsid w:val="00F80A5C"/>
    <w:rsid w:val="00FB5CE4"/>
    <w:rsid w:val="00FB73A8"/>
    <w:rsid w:val="00FC693F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5F7F48"/>
  <w14:defaultImageDpi w14:val="300"/>
  <w15:docId w15:val="{317E36B0-4DE7-4578-9416-9BBA637D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jp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c378de-5986-4268-98c9-2efe5ffad170">
      <Terms xmlns="http://schemas.microsoft.com/office/infopath/2007/PartnerControls"/>
    </lcf76f155ced4ddcb4097134ff3c332f>
    <TaxCatchAll xmlns="ab1ab519-8e0d-4e74-a117-98d91e50cc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8BF784FFB7948BCE3ADABE523E5DB" ma:contentTypeVersion="18" ma:contentTypeDescription="Crea un document nou" ma:contentTypeScope="" ma:versionID="646ba859fabfb6ed8bcb29facb5e94d5">
  <xsd:schema xmlns:xsd="http://www.w3.org/2001/XMLSchema" xmlns:xs="http://www.w3.org/2001/XMLSchema" xmlns:p="http://schemas.microsoft.com/office/2006/metadata/properties" xmlns:ns2="bdc378de-5986-4268-98c9-2efe5ffad170" xmlns:ns3="ab1ab519-8e0d-4e74-a117-98d91e50ccdd" targetNamespace="http://schemas.microsoft.com/office/2006/metadata/properties" ma:root="true" ma:fieldsID="0b10793b79b0707eb428d74b1e44c610" ns2:_="" ns3:_="">
    <xsd:import namespace="bdc378de-5986-4268-98c9-2efe5ffad170"/>
    <xsd:import namespace="ab1ab519-8e0d-4e74-a117-98d91e50c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378de-5986-4268-98c9-2efe5ffad1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87c5a2b0-51b2-40d4-af1d-838366845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ab519-8e0d-4e74-a117-98d91e50cc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0f85564-4745-4205-b354-35979ca081b5}" ma:internalName="TaxCatchAll" ma:showField="CatchAllData" ma:web="ab1ab519-8e0d-4e74-a117-98d91e50cc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14CF66-1475-4BC9-954A-35D6FD9C9F21}">
  <ds:schemaRefs>
    <ds:schemaRef ds:uri="http://schemas.microsoft.com/office/2006/metadata/properties"/>
    <ds:schemaRef ds:uri="http://schemas.microsoft.com/office/infopath/2007/PartnerControls"/>
    <ds:schemaRef ds:uri="bdc378de-5986-4268-98c9-2efe5ffad170"/>
    <ds:schemaRef ds:uri="ab1ab519-8e0d-4e74-a117-98d91e50ccdd"/>
  </ds:schemaRefs>
</ds:datastoreItem>
</file>

<file path=customXml/itemProps2.xml><?xml version="1.0" encoding="utf-8"?>
<ds:datastoreItem xmlns:ds="http://schemas.openxmlformats.org/officeDocument/2006/customXml" ds:itemID="{0B8E2804-2EBD-4A6E-9D84-8D2843D517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A31485-2482-4006-B671-DE3A8FF7B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c378de-5986-4268-98c9-2efe5ffad170"/>
    <ds:schemaRef ds:uri="ab1ab519-8e0d-4e74-a117-98d91e50c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Esther Oriol</cp:lastModifiedBy>
  <cp:revision>14</cp:revision>
  <dcterms:created xsi:type="dcterms:W3CDTF">2025-10-22T13:36:00Z</dcterms:created>
  <dcterms:modified xsi:type="dcterms:W3CDTF">2025-12-02T17:36:00Z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0x01010091D8BF784FFB7948BCE3ADABE523E5DB</vt:lpwstr>
  </property>
  <property fmtid="{D5CDD505-2E9C-101B-9397-08002B2CF9AE}" pid="3" name="MediaServiceImageTags">
    <vt:lpwstr/>
  </property>
</Properties>
</file>